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508" w:rsidRDefault="002B2B48">
      <w:pPr>
        <w:jc w:val="center"/>
      </w:pPr>
      <w:r>
        <w:rPr>
          <w:b/>
        </w:rPr>
        <w:t>ЗОЛОТОБАЛКІВСЬКИЙ ЛІЦЕЙ</w:t>
      </w:r>
      <w:r>
        <w:rPr>
          <w:b/>
        </w:rPr>
        <w:br/>
        <w:t>НОВООЛЕКСАНДРІВСЬКОЇ СІЛЬСЬКОЇ РАДИ</w:t>
      </w:r>
    </w:p>
    <w:p w:rsidR="00622508" w:rsidRDefault="002B2B48">
      <w: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622508" w:rsidRPr="00781623">
        <w:tc>
          <w:tcPr>
            <w:tcW w:w="4320" w:type="dxa"/>
          </w:tcPr>
          <w:p w:rsidR="00622508" w:rsidRPr="00781623" w:rsidRDefault="002B2B48">
            <w:pPr>
              <w:rPr>
                <w:lang w:val="ru-RU"/>
              </w:rPr>
            </w:pPr>
            <w:r w:rsidRPr="00781623">
              <w:rPr>
                <w:lang w:val="ru-RU"/>
              </w:rPr>
              <w:t>ПОГОДЖЕНО</w:t>
            </w:r>
            <w:r w:rsidRPr="00781623">
              <w:rPr>
                <w:lang w:val="ru-RU"/>
              </w:rPr>
              <w:br/>
              <w:t>Заступник директора з НВР</w:t>
            </w:r>
            <w:r w:rsidRPr="00781623">
              <w:rPr>
                <w:lang w:val="ru-RU"/>
              </w:rPr>
              <w:br/>
              <w:t xml:space="preserve">____________ </w:t>
            </w:r>
            <w:proofErr w:type="spellStart"/>
            <w:r w:rsidRPr="00781623">
              <w:rPr>
                <w:lang w:val="ru-RU"/>
              </w:rPr>
              <w:t>Сніжана</w:t>
            </w:r>
            <w:proofErr w:type="spellEnd"/>
            <w:r w:rsidRPr="00781623">
              <w:rPr>
                <w:lang w:val="ru-RU"/>
              </w:rPr>
              <w:t xml:space="preserve"> КУДРЯ</w:t>
            </w:r>
            <w:r w:rsidRPr="00781623">
              <w:rPr>
                <w:lang w:val="ru-RU"/>
              </w:rPr>
              <w:br/>
              <w:t>_____________</w:t>
            </w:r>
          </w:p>
        </w:tc>
        <w:tc>
          <w:tcPr>
            <w:tcW w:w="4320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</w:tbl>
    <w:p w:rsidR="00622508" w:rsidRPr="00781623" w:rsidRDefault="002B2B48">
      <w:pPr>
        <w:rPr>
          <w:lang w:val="ru-RU"/>
        </w:rPr>
      </w:pPr>
      <w:r w:rsidRPr="00781623">
        <w:rPr>
          <w:lang w:val="ru-RU"/>
        </w:rPr>
        <w:br/>
      </w:r>
      <w:r w:rsidRPr="00781623">
        <w:rPr>
          <w:lang w:val="ru-RU"/>
        </w:rPr>
        <w:br/>
      </w:r>
      <w:r w:rsidRPr="00781623">
        <w:rPr>
          <w:lang w:val="ru-RU"/>
        </w:rPr>
        <w:br/>
      </w:r>
      <w:r w:rsidRPr="00781623">
        <w:rPr>
          <w:lang w:val="ru-RU"/>
        </w:rPr>
        <w:br/>
      </w:r>
      <w:r w:rsidRPr="00781623">
        <w:rPr>
          <w:lang w:val="ru-RU"/>
        </w:rPr>
        <w:br/>
      </w:r>
      <w:r w:rsidRPr="00781623">
        <w:rPr>
          <w:lang w:val="ru-RU"/>
        </w:rPr>
        <w:br/>
      </w:r>
    </w:p>
    <w:p w:rsidR="00622508" w:rsidRPr="00781623" w:rsidRDefault="002B2B48">
      <w:pPr>
        <w:jc w:val="center"/>
        <w:rPr>
          <w:lang w:val="ru-RU"/>
        </w:rPr>
      </w:pPr>
      <w:r w:rsidRPr="00781623">
        <w:rPr>
          <w:b/>
          <w:lang w:val="ru-RU"/>
        </w:rPr>
        <w:t>Календарно-</w:t>
      </w:r>
      <w:proofErr w:type="spellStart"/>
      <w:r w:rsidRPr="00781623">
        <w:rPr>
          <w:b/>
          <w:lang w:val="ru-RU"/>
        </w:rPr>
        <w:t>тематичне</w:t>
      </w:r>
      <w:proofErr w:type="spellEnd"/>
      <w:r w:rsidRPr="00781623">
        <w:rPr>
          <w:b/>
          <w:lang w:val="ru-RU"/>
        </w:rPr>
        <w:t xml:space="preserve"> </w:t>
      </w:r>
      <w:proofErr w:type="spellStart"/>
      <w:r w:rsidRPr="00781623">
        <w:rPr>
          <w:b/>
          <w:lang w:val="ru-RU"/>
        </w:rPr>
        <w:t>планування</w:t>
      </w:r>
      <w:proofErr w:type="spellEnd"/>
      <w:r w:rsidRPr="00781623">
        <w:rPr>
          <w:b/>
          <w:lang w:val="ru-RU"/>
        </w:rPr>
        <w:br/>
        <w:t xml:space="preserve">з </w:t>
      </w:r>
      <w:proofErr w:type="spellStart"/>
      <w:r w:rsidRPr="00781623">
        <w:rPr>
          <w:b/>
          <w:lang w:val="ru-RU"/>
        </w:rPr>
        <w:t>української</w:t>
      </w:r>
      <w:proofErr w:type="spellEnd"/>
      <w:r w:rsidRPr="00781623">
        <w:rPr>
          <w:b/>
          <w:lang w:val="ru-RU"/>
        </w:rPr>
        <w:t xml:space="preserve"> </w:t>
      </w:r>
      <w:proofErr w:type="spellStart"/>
      <w:r w:rsidRPr="00781623">
        <w:rPr>
          <w:b/>
          <w:lang w:val="ru-RU"/>
        </w:rPr>
        <w:t>літератури</w:t>
      </w:r>
      <w:proofErr w:type="spellEnd"/>
      <w:r w:rsidRPr="00781623">
        <w:rPr>
          <w:b/>
          <w:lang w:val="ru-RU"/>
        </w:rPr>
        <w:br/>
        <w:t xml:space="preserve">на 2026-2027 </w:t>
      </w:r>
      <w:proofErr w:type="spellStart"/>
      <w:r w:rsidRPr="00781623">
        <w:rPr>
          <w:b/>
          <w:lang w:val="ru-RU"/>
        </w:rPr>
        <w:t>навчальний</w:t>
      </w:r>
      <w:proofErr w:type="spellEnd"/>
      <w:r w:rsidRPr="00781623">
        <w:rPr>
          <w:b/>
          <w:lang w:val="ru-RU"/>
        </w:rPr>
        <w:t xml:space="preserve"> </w:t>
      </w:r>
      <w:proofErr w:type="spellStart"/>
      <w:r w:rsidRPr="00781623">
        <w:rPr>
          <w:b/>
          <w:lang w:val="ru-RU"/>
        </w:rPr>
        <w:t>рік</w:t>
      </w:r>
      <w:proofErr w:type="spellEnd"/>
      <w:r w:rsidRPr="00781623">
        <w:rPr>
          <w:b/>
          <w:lang w:val="ru-RU"/>
        </w:rPr>
        <w:br/>
        <w:t xml:space="preserve">для  10  </w:t>
      </w:r>
      <w:proofErr w:type="spellStart"/>
      <w:r w:rsidRPr="00781623">
        <w:rPr>
          <w:b/>
          <w:lang w:val="ru-RU"/>
        </w:rPr>
        <w:t>класу</w:t>
      </w:r>
      <w:proofErr w:type="spellEnd"/>
    </w:p>
    <w:p w:rsidR="00622508" w:rsidRPr="00781623" w:rsidRDefault="002B2B48">
      <w:pPr>
        <w:rPr>
          <w:lang w:val="ru-RU"/>
        </w:rPr>
      </w:pPr>
      <w:r w:rsidRPr="00781623">
        <w:rPr>
          <w:lang w:val="ru-RU"/>
        </w:rPr>
        <w:br/>
      </w:r>
      <w:r w:rsidRPr="00781623">
        <w:rPr>
          <w:lang w:val="ru-RU"/>
        </w:rPr>
        <w:br/>
      </w:r>
    </w:p>
    <w:p w:rsidR="00622508" w:rsidRPr="00781623" w:rsidRDefault="002B2B48">
      <w:pPr>
        <w:rPr>
          <w:lang w:val="ru-RU"/>
        </w:rPr>
      </w:pPr>
      <w:proofErr w:type="spellStart"/>
      <w:r w:rsidRPr="00781623">
        <w:rPr>
          <w:lang w:val="ru-RU"/>
        </w:rPr>
        <w:t>Відповідає</w:t>
      </w:r>
      <w:proofErr w:type="spellEnd"/>
      <w:r w:rsidRPr="00781623">
        <w:rPr>
          <w:lang w:val="ru-RU"/>
        </w:rPr>
        <w:t xml:space="preserve"> </w:t>
      </w:r>
      <w:proofErr w:type="spellStart"/>
      <w:r w:rsidRPr="00781623">
        <w:rPr>
          <w:lang w:val="ru-RU"/>
        </w:rPr>
        <w:t>навчальній</w:t>
      </w:r>
      <w:proofErr w:type="spellEnd"/>
      <w:r w:rsidRPr="00781623">
        <w:rPr>
          <w:lang w:val="ru-RU"/>
        </w:rPr>
        <w:t xml:space="preserve"> </w:t>
      </w:r>
      <w:proofErr w:type="spellStart"/>
      <w:r w:rsidRPr="00781623">
        <w:rPr>
          <w:lang w:val="ru-RU"/>
        </w:rPr>
        <w:t>програмі</w:t>
      </w:r>
      <w:proofErr w:type="spellEnd"/>
      <w:r w:rsidRPr="00781623">
        <w:rPr>
          <w:lang w:val="ru-RU"/>
        </w:rPr>
        <w:t xml:space="preserve"> «</w:t>
      </w:r>
      <w:proofErr w:type="spellStart"/>
      <w:r w:rsidRPr="00781623">
        <w:rPr>
          <w:lang w:val="ru-RU"/>
        </w:rPr>
        <w:t>Українська</w:t>
      </w:r>
      <w:proofErr w:type="spellEnd"/>
      <w:r w:rsidRPr="00781623">
        <w:rPr>
          <w:lang w:val="ru-RU"/>
        </w:rPr>
        <w:t xml:space="preserve"> </w:t>
      </w:r>
      <w:proofErr w:type="spellStart"/>
      <w:r w:rsidRPr="00781623">
        <w:rPr>
          <w:lang w:val="ru-RU"/>
        </w:rPr>
        <w:t>література</w:t>
      </w:r>
      <w:proofErr w:type="spellEnd"/>
      <w:r w:rsidRPr="00781623">
        <w:rPr>
          <w:lang w:val="ru-RU"/>
        </w:rPr>
        <w:t xml:space="preserve"> для </w:t>
      </w:r>
      <w:proofErr w:type="spellStart"/>
      <w:r w:rsidRPr="00781623">
        <w:rPr>
          <w:lang w:val="ru-RU"/>
        </w:rPr>
        <w:t>загальноосвітніх</w:t>
      </w:r>
      <w:proofErr w:type="spellEnd"/>
      <w:r w:rsidRPr="00781623">
        <w:rPr>
          <w:lang w:val="ru-RU"/>
        </w:rPr>
        <w:t xml:space="preserve"> </w:t>
      </w:r>
      <w:proofErr w:type="spellStart"/>
      <w:r w:rsidRPr="00781623">
        <w:rPr>
          <w:lang w:val="ru-RU"/>
        </w:rPr>
        <w:t>навчальних</w:t>
      </w:r>
      <w:proofErr w:type="spellEnd"/>
      <w:r w:rsidRPr="00781623">
        <w:rPr>
          <w:lang w:val="ru-RU"/>
        </w:rPr>
        <w:t xml:space="preserve"> </w:t>
      </w:r>
      <w:proofErr w:type="spellStart"/>
      <w:r w:rsidRPr="00781623">
        <w:rPr>
          <w:lang w:val="ru-RU"/>
        </w:rPr>
        <w:t>закладів</w:t>
      </w:r>
      <w:proofErr w:type="spellEnd"/>
      <w:r w:rsidRPr="00781623">
        <w:rPr>
          <w:lang w:val="ru-RU"/>
        </w:rPr>
        <w:t xml:space="preserve">. 10–11 </w:t>
      </w:r>
      <w:proofErr w:type="spellStart"/>
      <w:r w:rsidRPr="00781623">
        <w:rPr>
          <w:lang w:val="ru-RU"/>
        </w:rPr>
        <w:t>класи</w:t>
      </w:r>
      <w:proofErr w:type="spellEnd"/>
      <w:r w:rsidRPr="00781623">
        <w:rPr>
          <w:lang w:val="ru-RU"/>
        </w:rPr>
        <w:t xml:space="preserve"> (</w:t>
      </w:r>
      <w:proofErr w:type="spellStart"/>
      <w:r w:rsidRPr="00781623">
        <w:rPr>
          <w:lang w:val="ru-RU"/>
        </w:rPr>
        <w:t>рівень</w:t>
      </w:r>
      <w:proofErr w:type="spellEnd"/>
      <w:r w:rsidRPr="00781623">
        <w:rPr>
          <w:lang w:val="ru-RU"/>
        </w:rPr>
        <w:t xml:space="preserve"> стандарту)», </w:t>
      </w:r>
      <w:proofErr w:type="spellStart"/>
      <w:r w:rsidRPr="00781623">
        <w:rPr>
          <w:lang w:val="ru-RU"/>
        </w:rPr>
        <w:t>затвердженій</w:t>
      </w:r>
      <w:proofErr w:type="spellEnd"/>
      <w:r w:rsidRPr="00781623">
        <w:rPr>
          <w:lang w:val="ru-RU"/>
        </w:rPr>
        <w:t xml:space="preserve"> наказом МОН </w:t>
      </w:r>
      <w:proofErr w:type="spellStart"/>
      <w:r w:rsidRPr="00781623">
        <w:rPr>
          <w:lang w:val="ru-RU"/>
        </w:rPr>
        <w:t>України</w:t>
      </w:r>
      <w:proofErr w:type="spellEnd"/>
      <w:r w:rsidRPr="00781623">
        <w:rPr>
          <w:lang w:val="ru-RU"/>
        </w:rPr>
        <w:t xml:space="preserve"> </w:t>
      </w:r>
      <w:proofErr w:type="spellStart"/>
      <w:r w:rsidRPr="00781623">
        <w:rPr>
          <w:lang w:val="ru-RU"/>
        </w:rPr>
        <w:t>від</w:t>
      </w:r>
      <w:proofErr w:type="spellEnd"/>
      <w:r w:rsidRPr="00781623">
        <w:rPr>
          <w:lang w:val="ru-RU"/>
        </w:rPr>
        <w:t xml:space="preserve"> 23.10.2017 № 1407.</w:t>
      </w:r>
    </w:p>
    <w:p w:rsidR="00622508" w:rsidRPr="00781623" w:rsidRDefault="002B2B48">
      <w:pPr>
        <w:rPr>
          <w:lang w:val="ru-RU"/>
        </w:rPr>
      </w:pPr>
      <w:r w:rsidRPr="00781623">
        <w:rPr>
          <w:lang w:val="ru-RU"/>
        </w:rPr>
        <w:br/>
      </w:r>
      <w:r w:rsidRPr="00781623">
        <w:rPr>
          <w:lang w:val="ru-RU"/>
        </w:rPr>
        <w:br/>
      </w:r>
      <w:r w:rsidRPr="00781623">
        <w:rPr>
          <w:lang w:val="ru-RU"/>
        </w:rPr>
        <w:br/>
      </w:r>
      <w:r w:rsidRPr="00781623">
        <w:rPr>
          <w:lang w:val="ru-RU"/>
        </w:rPr>
        <w:br/>
      </w:r>
    </w:p>
    <w:p w:rsidR="00622508" w:rsidRPr="00781623" w:rsidRDefault="002B2B48">
      <w:pPr>
        <w:jc w:val="right"/>
        <w:rPr>
          <w:lang w:val="ru-RU"/>
        </w:rPr>
      </w:pPr>
      <w:r w:rsidRPr="00781623">
        <w:rPr>
          <w:lang w:val="ru-RU"/>
        </w:rPr>
        <w:t>Учитель: Мирошниченко К.А.</w:t>
      </w:r>
    </w:p>
    <w:p w:rsidR="00622508" w:rsidRPr="00781623" w:rsidRDefault="002B2B48">
      <w:pPr>
        <w:rPr>
          <w:lang w:val="ru-RU"/>
        </w:rPr>
      </w:pPr>
      <w:r w:rsidRPr="00781623">
        <w:rPr>
          <w:lang w:val="ru-RU"/>
        </w:rPr>
        <w:br w:type="page"/>
      </w:r>
    </w:p>
    <w:p w:rsidR="00622508" w:rsidRPr="00781623" w:rsidRDefault="002B2B48">
      <w:pPr>
        <w:jc w:val="center"/>
        <w:rPr>
          <w:lang w:val="ru-RU"/>
        </w:rPr>
      </w:pPr>
      <w:proofErr w:type="spellStart"/>
      <w:r w:rsidRPr="00781623">
        <w:rPr>
          <w:b/>
          <w:lang w:val="ru-RU"/>
        </w:rPr>
        <w:lastRenderedPageBreak/>
        <w:t>Календарне</w:t>
      </w:r>
      <w:proofErr w:type="spellEnd"/>
      <w:r w:rsidRPr="00781623">
        <w:rPr>
          <w:b/>
          <w:lang w:val="ru-RU"/>
        </w:rPr>
        <w:t xml:space="preserve"> </w:t>
      </w:r>
      <w:proofErr w:type="spellStart"/>
      <w:r w:rsidRPr="00781623">
        <w:rPr>
          <w:b/>
          <w:lang w:val="ru-RU"/>
        </w:rPr>
        <w:t>планування</w:t>
      </w:r>
      <w:proofErr w:type="spellEnd"/>
      <w:r w:rsidRPr="00781623">
        <w:rPr>
          <w:b/>
          <w:lang w:val="ru-RU"/>
        </w:rPr>
        <w:t xml:space="preserve"> з </w:t>
      </w:r>
      <w:proofErr w:type="spellStart"/>
      <w:r w:rsidRPr="00781623">
        <w:rPr>
          <w:b/>
          <w:lang w:val="ru-RU"/>
        </w:rPr>
        <w:t>української</w:t>
      </w:r>
      <w:proofErr w:type="spellEnd"/>
      <w:r w:rsidRPr="00781623">
        <w:rPr>
          <w:b/>
          <w:lang w:val="ru-RU"/>
        </w:rPr>
        <w:t xml:space="preserve"> </w:t>
      </w:r>
      <w:proofErr w:type="spellStart"/>
      <w:r w:rsidRPr="00781623">
        <w:rPr>
          <w:b/>
          <w:lang w:val="ru-RU"/>
        </w:rPr>
        <w:t>л</w:t>
      </w:r>
      <w:r w:rsidRPr="00781623">
        <w:rPr>
          <w:b/>
          <w:lang w:val="ru-RU"/>
        </w:rPr>
        <w:t>ітератури</w:t>
      </w:r>
      <w:proofErr w:type="spellEnd"/>
      <w:r w:rsidRPr="00781623">
        <w:rPr>
          <w:b/>
          <w:lang w:val="ru-RU"/>
        </w:rPr>
        <w:br/>
        <w:t xml:space="preserve">для 10 </w:t>
      </w:r>
      <w:proofErr w:type="spellStart"/>
      <w:r w:rsidRPr="00781623">
        <w:rPr>
          <w:b/>
          <w:lang w:val="ru-RU"/>
        </w:rPr>
        <w:t>класу</w:t>
      </w:r>
      <w:proofErr w:type="spellEnd"/>
      <w:r w:rsidRPr="00781623">
        <w:rPr>
          <w:b/>
          <w:lang w:val="ru-RU"/>
        </w:rPr>
        <w:br/>
        <w:t xml:space="preserve">2026/2027 </w:t>
      </w:r>
      <w:proofErr w:type="spellStart"/>
      <w:r w:rsidRPr="00781623">
        <w:rPr>
          <w:b/>
          <w:lang w:val="ru-RU"/>
        </w:rPr>
        <w:t>н.р</w:t>
      </w:r>
      <w:proofErr w:type="spellEnd"/>
      <w:r w:rsidRPr="00781623">
        <w:rPr>
          <w:b/>
          <w:lang w:val="ru-RU"/>
        </w:rPr>
        <w:t>.</w:t>
      </w:r>
      <w:r w:rsidRPr="00781623">
        <w:rPr>
          <w:b/>
          <w:lang w:val="ru-RU"/>
        </w:rPr>
        <w:br/>
        <w:t xml:space="preserve">70 годин, 2 </w:t>
      </w:r>
      <w:proofErr w:type="spellStart"/>
      <w:r w:rsidRPr="00781623">
        <w:rPr>
          <w:b/>
          <w:lang w:val="ru-RU"/>
        </w:rPr>
        <w:t>години</w:t>
      </w:r>
      <w:proofErr w:type="spellEnd"/>
      <w:r w:rsidRPr="00781623">
        <w:rPr>
          <w:b/>
          <w:lang w:val="ru-RU"/>
        </w:rPr>
        <w:t xml:space="preserve"> на </w:t>
      </w:r>
      <w:proofErr w:type="spellStart"/>
      <w:r w:rsidRPr="00781623">
        <w:rPr>
          <w:b/>
          <w:lang w:val="ru-RU"/>
        </w:rPr>
        <w:t>тиждень</w:t>
      </w:r>
      <w:proofErr w:type="spellEnd"/>
    </w:p>
    <w:p w:rsidR="00622508" w:rsidRPr="00781623" w:rsidRDefault="002B2B48">
      <w:pPr>
        <w:rPr>
          <w:lang w:val="ru-RU"/>
        </w:rPr>
      </w:pPr>
      <w:proofErr w:type="spellStart"/>
      <w:r w:rsidRPr="00781623">
        <w:rPr>
          <w:lang w:val="ru-RU"/>
        </w:rPr>
        <w:t>Розроблено</w:t>
      </w:r>
      <w:proofErr w:type="spellEnd"/>
      <w:r w:rsidRPr="00781623">
        <w:rPr>
          <w:lang w:val="ru-RU"/>
        </w:rPr>
        <w:t xml:space="preserve"> з </w:t>
      </w:r>
      <w:proofErr w:type="spellStart"/>
      <w:r w:rsidRPr="00781623">
        <w:rPr>
          <w:lang w:val="ru-RU"/>
        </w:rPr>
        <w:t>урахуванням</w:t>
      </w:r>
      <w:proofErr w:type="spellEnd"/>
      <w:r w:rsidRPr="00781623">
        <w:rPr>
          <w:lang w:val="ru-RU"/>
        </w:rPr>
        <w:t xml:space="preserve"> Державного стандарту </w:t>
      </w:r>
      <w:proofErr w:type="spellStart"/>
      <w:r w:rsidRPr="00781623">
        <w:rPr>
          <w:lang w:val="ru-RU"/>
        </w:rPr>
        <w:t>базової</w:t>
      </w:r>
      <w:proofErr w:type="spellEnd"/>
      <w:r w:rsidRPr="00781623">
        <w:rPr>
          <w:lang w:val="ru-RU"/>
        </w:rPr>
        <w:t xml:space="preserve"> і </w:t>
      </w:r>
      <w:proofErr w:type="spellStart"/>
      <w:r w:rsidRPr="00781623">
        <w:rPr>
          <w:lang w:val="ru-RU"/>
        </w:rPr>
        <w:t>повної</w:t>
      </w:r>
      <w:proofErr w:type="spellEnd"/>
      <w:r w:rsidRPr="00781623">
        <w:rPr>
          <w:lang w:val="ru-RU"/>
        </w:rPr>
        <w:t xml:space="preserve"> </w:t>
      </w:r>
      <w:proofErr w:type="spellStart"/>
      <w:r w:rsidRPr="00781623">
        <w:rPr>
          <w:lang w:val="ru-RU"/>
        </w:rPr>
        <w:t>загальної</w:t>
      </w:r>
      <w:proofErr w:type="spellEnd"/>
      <w:r w:rsidRPr="00781623">
        <w:rPr>
          <w:lang w:val="ru-RU"/>
        </w:rPr>
        <w:t xml:space="preserve"> </w:t>
      </w:r>
      <w:proofErr w:type="spellStart"/>
      <w:r w:rsidRPr="00781623">
        <w:rPr>
          <w:lang w:val="ru-RU"/>
        </w:rPr>
        <w:t>середньої</w:t>
      </w:r>
      <w:proofErr w:type="spellEnd"/>
      <w:r w:rsidRPr="00781623">
        <w:rPr>
          <w:lang w:val="ru-RU"/>
        </w:rPr>
        <w:t xml:space="preserve"> </w:t>
      </w:r>
      <w:proofErr w:type="spellStart"/>
      <w:r w:rsidRPr="00781623">
        <w:rPr>
          <w:lang w:val="ru-RU"/>
        </w:rPr>
        <w:t>освіти</w:t>
      </w:r>
      <w:proofErr w:type="spellEnd"/>
      <w:r w:rsidRPr="00781623">
        <w:rPr>
          <w:lang w:val="ru-RU"/>
        </w:rPr>
        <w:t xml:space="preserve"> та </w:t>
      </w:r>
      <w:proofErr w:type="spellStart"/>
      <w:r w:rsidRPr="00781623">
        <w:rPr>
          <w:lang w:val="ru-RU"/>
        </w:rPr>
        <w:t>Типової</w:t>
      </w:r>
      <w:proofErr w:type="spellEnd"/>
      <w:r w:rsidRPr="00781623">
        <w:rPr>
          <w:lang w:val="ru-RU"/>
        </w:rPr>
        <w:t xml:space="preserve"> </w:t>
      </w:r>
      <w:proofErr w:type="spellStart"/>
      <w:r w:rsidRPr="00781623">
        <w:rPr>
          <w:lang w:val="ru-RU"/>
        </w:rPr>
        <w:t>освітньої</w:t>
      </w:r>
      <w:proofErr w:type="spellEnd"/>
      <w:r w:rsidRPr="00781623">
        <w:rPr>
          <w:lang w:val="ru-RU"/>
        </w:rPr>
        <w:t xml:space="preserve"> </w:t>
      </w:r>
      <w:proofErr w:type="spellStart"/>
      <w:r w:rsidRPr="00781623">
        <w:rPr>
          <w:lang w:val="ru-RU"/>
        </w:rPr>
        <w:t>програми</w:t>
      </w:r>
      <w:proofErr w:type="spellEnd"/>
      <w:r w:rsidRPr="00781623">
        <w:rPr>
          <w:lang w:val="ru-RU"/>
        </w:rPr>
        <w:t xml:space="preserve"> </w:t>
      </w:r>
      <w:proofErr w:type="spellStart"/>
      <w:r w:rsidRPr="00781623">
        <w:rPr>
          <w:lang w:val="ru-RU"/>
        </w:rPr>
        <w:t>закладів</w:t>
      </w:r>
      <w:proofErr w:type="spellEnd"/>
      <w:r w:rsidRPr="00781623">
        <w:rPr>
          <w:lang w:val="ru-RU"/>
        </w:rPr>
        <w:t xml:space="preserve"> </w:t>
      </w:r>
      <w:proofErr w:type="spellStart"/>
      <w:r w:rsidRPr="00781623">
        <w:rPr>
          <w:lang w:val="ru-RU"/>
        </w:rPr>
        <w:t>загальної</w:t>
      </w:r>
      <w:proofErr w:type="spellEnd"/>
      <w:r w:rsidRPr="00781623">
        <w:rPr>
          <w:lang w:val="ru-RU"/>
        </w:rPr>
        <w:t xml:space="preserve"> </w:t>
      </w:r>
      <w:proofErr w:type="spellStart"/>
      <w:r w:rsidRPr="00781623">
        <w:rPr>
          <w:lang w:val="ru-RU"/>
        </w:rPr>
        <w:t>середньої</w:t>
      </w:r>
      <w:proofErr w:type="spellEnd"/>
      <w:r w:rsidRPr="00781623">
        <w:rPr>
          <w:lang w:val="ru-RU"/>
        </w:rPr>
        <w:t xml:space="preserve"> </w:t>
      </w:r>
      <w:proofErr w:type="spellStart"/>
      <w:r w:rsidRPr="00781623">
        <w:rPr>
          <w:lang w:val="ru-RU"/>
        </w:rPr>
        <w:t>освіти</w:t>
      </w:r>
      <w:proofErr w:type="spellEnd"/>
      <w:r w:rsidRPr="00781623">
        <w:rPr>
          <w:lang w:val="ru-RU"/>
        </w:rPr>
        <w:t xml:space="preserve"> ІІІ </w:t>
      </w:r>
      <w:proofErr w:type="spellStart"/>
      <w:r w:rsidRPr="00781623">
        <w:rPr>
          <w:lang w:val="ru-RU"/>
        </w:rPr>
        <w:t>ступеня</w:t>
      </w:r>
      <w:proofErr w:type="spellEnd"/>
      <w:r w:rsidRPr="00781623">
        <w:rPr>
          <w:lang w:val="ru-RU"/>
        </w:rPr>
        <w:t xml:space="preserve"> (наказ МОН № 408).</w:t>
      </w:r>
      <w:r w:rsidRPr="00781623">
        <w:rPr>
          <w:lang w:val="ru-RU"/>
        </w:rPr>
        <w:br/>
      </w:r>
      <w:r w:rsidRPr="00781623">
        <w:rPr>
          <w:lang w:val="ru-RU"/>
        </w:rPr>
        <w:br/>
      </w:r>
      <w:r w:rsidRPr="00781623">
        <w:rPr>
          <w:lang w:val="ru-RU"/>
        </w:rPr>
        <w:t xml:space="preserve">За </w:t>
      </w:r>
      <w:proofErr w:type="spellStart"/>
      <w:r w:rsidRPr="00781623">
        <w:rPr>
          <w:lang w:val="ru-RU"/>
        </w:rPr>
        <w:t>підручником</w:t>
      </w:r>
      <w:proofErr w:type="spellEnd"/>
      <w:r w:rsidRPr="00781623">
        <w:rPr>
          <w:lang w:val="ru-RU"/>
        </w:rPr>
        <w:t xml:space="preserve">: </w:t>
      </w:r>
      <w:proofErr w:type="spellStart"/>
      <w:r w:rsidRPr="00781623">
        <w:rPr>
          <w:lang w:val="ru-RU"/>
        </w:rPr>
        <w:t>О.Борзенко</w:t>
      </w:r>
      <w:proofErr w:type="spellEnd"/>
      <w:r w:rsidRPr="00781623">
        <w:rPr>
          <w:lang w:val="ru-RU"/>
        </w:rPr>
        <w:t xml:space="preserve">, </w:t>
      </w:r>
      <w:proofErr w:type="spellStart"/>
      <w:r w:rsidRPr="00781623">
        <w:rPr>
          <w:lang w:val="ru-RU"/>
        </w:rPr>
        <w:t>О.Лобусова</w:t>
      </w:r>
      <w:proofErr w:type="spellEnd"/>
      <w:r w:rsidRPr="00781623">
        <w:rPr>
          <w:lang w:val="ru-RU"/>
        </w:rPr>
        <w:t xml:space="preserve">. </w:t>
      </w:r>
      <w:proofErr w:type="spellStart"/>
      <w:r w:rsidRPr="00781623">
        <w:rPr>
          <w:lang w:val="ru-RU"/>
        </w:rPr>
        <w:t>Українська</w:t>
      </w:r>
      <w:proofErr w:type="spellEnd"/>
      <w:r w:rsidRPr="00781623">
        <w:rPr>
          <w:lang w:val="ru-RU"/>
        </w:rPr>
        <w:t xml:space="preserve"> </w:t>
      </w:r>
      <w:proofErr w:type="spellStart"/>
      <w:r w:rsidRPr="00781623">
        <w:rPr>
          <w:lang w:val="ru-RU"/>
        </w:rPr>
        <w:t>література</w:t>
      </w:r>
      <w:proofErr w:type="spellEnd"/>
      <w:r w:rsidRPr="00781623">
        <w:rPr>
          <w:lang w:val="ru-RU"/>
        </w:rPr>
        <w:t xml:space="preserve"> (</w:t>
      </w:r>
      <w:proofErr w:type="spellStart"/>
      <w:r w:rsidRPr="00781623">
        <w:rPr>
          <w:lang w:val="ru-RU"/>
        </w:rPr>
        <w:t>рівень</w:t>
      </w:r>
      <w:proofErr w:type="spellEnd"/>
      <w:r w:rsidRPr="00781623">
        <w:rPr>
          <w:lang w:val="ru-RU"/>
        </w:rPr>
        <w:t xml:space="preserve"> стандарту). </w:t>
      </w:r>
      <w:proofErr w:type="spellStart"/>
      <w:r w:rsidRPr="00781623">
        <w:rPr>
          <w:lang w:val="ru-RU"/>
        </w:rPr>
        <w:t>Підручник</w:t>
      </w:r>
      <w:proofErr w:type="spellEnd"/>
      <w:r w:rsidRPr="00781623">
        <w:rPr>
          <w:lang w:val="ru-RU"/>
        </w:rPr>
        <w:t xml:space="preserve"> для 10 </w:t>
      </w:r>
      <w:proofErr w:type="spellStart"/>
      <w:r w:rsidRPr="00781623">
        <w:rPr>
          <w:lang w:val="ru-RU"/>
        </w:rPr>
        <w:t>класу</w:t>
      </w:r>
      <w:proofErr w:type="spellEnd"/>
      <w:r w:rsidRPr="00781623">
        <w:rPr>
          <w:lang w:val="ru-RU"/>
        </w:rPr>
        <w:t xml:space="preserve"> </w:t>
      </w:r>
      <w:proofErr w:type="spellStart"/>
      <w:r w:rsidRPr="00781623">
        <w:rPr>
          <w:lang w:val="ru-RU"/>
        </w:rPr>
        <w:t>закладів</w:t>
      </w:r>
      <w:proofErr w:type="spellEnd"/>
      <w:r w:rsidRPr="00781623">
        <w:rPr>
          <w:lang w:val="ru-RU"/>
        </w:rPr>
        <w:t xml:space="preserve"> </w:t>
      </w:r>
      <w:proofErr w:type="spellStart"/>
      <w:r w:rsidRPr="00781623">
        <w:rPr>
          <w:lang w:val="ru-RU"/>
        </w:rPr>
        <w:t>загальної</w:t>
      </w:r>
      <w:proofErr w:type="spellEnd"/>
      <w:r w:rsidRPr="00781623">
        <w:rPr>
          <w:lang w:val="ru-RU"/>
        </w:rPr>
        <w:t xml:space="preserve"> </w:t>
      </w:r>
      <w:proofErr w:type="spellStart"/>
      <w:r w:rsidRPr="00781623">
        <w:rPr>
          <w:lang w:val="ru-RU"/>
        </w:rPr>
        <w:t>середньої</w:t>
      </w:r>
      <w:proofErr w:type="spellEnd"/>
      <w:r w:rsidRPr="00781623">
        <w:rPr>
          <w:lang w:val="ru-RU"/>
        </w:rPr>
        <w:t xml:space="preserve"> </w:t>
      </w:r>
      <w:proofErr w:type="spellStart"/>
      <w:r w:rsidRPr="00781623">
        <w:rPr>
          <w:lang w:val="ru-RU"/>
        </w:rPr>
        <w:t>освіти</w:t>
      </w:r>
      <w:proofErr w:type="spellEnd"/>
      <w:r w:rsidRPr="00781623">
        <w:rPr>
          <w:lang w:val="ru-RU"/>
        </w:rPr>
        <w:t xml:space="preserve">. </w:t>
      </w:r>
      <w:proofErr w:type="spellStart"/>
      <w:r w:rsidRPr="00781623">
        <w:rPr>
          <w:lang w:val="ru-RU"/>
        </w:rPr>
        <w:t>Харків</w:t>
      </w:r>
      <w:proofErr w:type="spellEnd"/>
      <w:r w:rsidRPr="00781623">
        <w:rPr>
          <w:lang w:val="ru-RU"/>
        </w:rPr>
        <w:t>: Вид-во «Ранок», 2018.</w:t>
      </w:r>
    </w:p>
    <w:p w:rsidR="00622508" w:rsidRPr="00781623" w:rsidRDefault="002B2B48">
      <w:pPr>
        <w:rPr>
          <w:lang w:val="ru-RU"/>
        </w:rPr>
      </w:pPr>
      <w:r w:rsidRPr="00781623">
        <w:rPr>
          <w:lang w:val="ru-RU"/>
        </w:rPr>
        <w:br/>
      </w:r>
    </w:p>
    <w:p w:rsidR="00622508" w:rsidRDefault="002B2B48">
      <w:pPr>
        <w:jc w:val="center"/>
      </w:pPr>
      <w:proofErr w:type="spellStart"/>
      <w:r>
        <w:rPr>
          <w:b/>
        </w:rPr>
        <w:t>Кількість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обов’язкових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видів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оцінювання</w:t>
      </w:r>
      <w:proofErr w:type="spellEnd"/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622508">
        <w:tc>
          <w:tcPr>
            <w:tcW w:w="2160" w:type="dxa"/>
          </w:tcPr>
          <w:p w:rsidR="00622508" w:rsidRDefault="002B2B48">
            <w:pPr>
              <w:jc w:val="center"/>
            </w:pPr>
            <w:r>
              <w:rPr>
                <w:b/>
              </w:rPr>
              <w:t>Види робіт</w:t>
            </w:r>
          </w:p>
        </w:tc>
        <w:tc>
          <w:tcPr>
            <w:tcW w:w="2160" w:type="dxa"/>
          </w:tcPr>
          <w:p w:rsidR="00622508" w:rsidRDefault="002B2B48">
            <w:pPr>
              <w:jc w:val="center"/>
            </w:pPr>
            <w:r>
              <w:rPr>
                <w:b/>
              </w:rPr>
              <w:t>І семестр</w:t>
            </w:r>
          </w:p>
        </w:tc>
        <w:tc>
          <w:tcPr>
            <w:tcW w:w="2160" w:type="dxa"/>
          </w:tcPr>
          <w:p w:rsidR="00622508" w:rsidRDefault="002B2B48">
            <w:pPr>
              <w:jc w:val="center"/>
            </w:pPr>
            <w:r>
              <w:rPr>
                <w:b/>
              </w:rPr>
              <w:t>ІІ семестр</w:t>
            </w:r>
          </w:p>
        </w:tc>
        <w:tc>
          <w:tcPr>
            <w:tcW w:w="2160" w:type="dxa"/>
          </w:tcPr>
          <w:p w:rsidR="00622508" w:rsidRDefault="002B2B48">
            <w:pPr>
              <w:jc w:val="center"/>
            </w:pPr>
            <w:r>
              <w:rPr>
                <w:b/>
              </w:rPr>
              <w:t>Рік</w:t>
            </w:r>
          </w:p>
        </w:tc>
      </w:tr>
      <w:tr w:rsidR="00622508">
        <w:tc>
          <w:tcPr>
            <w:tcW w:w="2160" w:type="dxa"/>
          </w:tcPr>
          <w:p w:rsidR="00622508" w:rsidRDefault="002B2B48">
            <w:pPr>
              <w:jc w:val="center"/>
            </w:pPr>
            <w:r>
              <w:t>Контрольні роботи</w:t>
            </w:r>
          </w:p>
        </w:tc>
        <w:tc>
          <w:tcPr>
            <w:tcW w:w="2160" w:type="dxa"/>
          </w:tcPr>
          <w:p w:rsidR="00622508" w:rsidRDefault="002B2B48">
            <w:pPr>
              <w:jc w:val="center"/>
            </w:pPr>
            <w:r>
              <w:t>3</w:t>
            </w:r>
          </w:p>
        </w:tc>
        <w:tc>
          <w:tcPr>
            <w:tcW w:w="2160" w:type="dxa"/>
          </w:tcPr>
          <w:p w:rsidR="00622508" w:rsidRDefault="002B2B48">
            <w:pPr>
              <w:jc w:val="center"/>
            </w:pPr>
            <w:r>
              <w:t>3</w:t>
            </w:r>
          </w:p>
        </w:tc>
        <w:tc>
          <w:tcPr>
            <w:tcW w:w="2160" w:type="dxa"/>
          </w:tcPr>
          <w:p w:rsidR="00622508" w:rsidRDefault="002B2B48">
            <w:pPr>
              <w:jc w:val="center"/>
            </w:pPr>
            <w:r>
              <w:t>6</w:t>
            </w:r>
          </w:p>
        </w:tc>
      </w:tr>
      <w:tr w:rsidR="00622508">
        <w:tc>
          <w:tcPr>
            <w:tcW w:w="2160" w:type="dxa"/>
          </w:tcPr>
          <w:p w:rsidR="00622508" w:rsidRDefault="002B2B48">
            <w:pPr>
              <w:jc w:val="center"/>
            </w:pPr>
            <w:r>
              <w:t>Розвиток мовлення</w:t>
            </w:r>
          </w:p>
        </w:tc>
        <w:tc>
          <w:tcPr>
            <w:tcW w:w="2160" w:type="dxa"/>
          </w:tcPr>
          <w:p w:rsidR="00622508" w:rsidRDefault="002B2B48">
            <w:pPr>
              <w:jc w:val="center"/>
            </w:pPr>
            <w:r>
              <w:t>2</w:t>
            </w:r>
          </w:p>
        </w:tc>
        <w:tc>
          <w:tcPr>
            <w:tcW w:w="2160" w:type="dxa"/>
          </w:tcPr>
          <w:p w:rsidR="00622508" w:rsidRDefault="002B2B48">
            <w:pPr>
              <w:jc w:val="center"/>
            </w:pPr>
            <w:r>
              <w:t>2</w:t>
            </w:r>
          </w:p>
        </w:tc>
        <w:tc>
          <w:tcPr>
            <w:tcW w:w="2160" w:type="dxa"/>
          </w:tcPr>
          <w:p w:rsidR="00622508" w:rsidRDefault="002B2B48">
            <w:pPr>
              <w:jc w:val="center"/>
            </w:pPr>
            <w:r>
              <w:t>4</w:t>
            </w:r>
          </w:p>
        </w:tc>
      </w:tr>
      <w:tr w:rsidR="00622508">
        <w:tc>
          <w:tcPr>
            <w:tcW w:w="2160" w:type="dxa"/>
          </w:tcPr>
          <w:p w:rsidR="00622508" w:rsidRDefault="002B2B48">
            <w:pPr>
              <w:jc w:val="center"/>
            </w:pPr>
            <w:r>
              <w:t>Позакласне читання</w:t>
            </w:r>
          </w:p>
        </w:tc>
        <w:tc>
          <w:tcPr>
            <w:tcW w:w="2160" w:type="dxa"/>
          </w:tcPr>
          <w:p w:rsidR="00622508" w:rsidRDefault="002B2B48">
            <w:pPr>
              <w:jc w:val="center"/>
            </w:pPr>
            <w:r>
              <w:t>1</w:t>
            </w:r>
          </w:p>
        </w:tc>
        <w:tc>
          <w:tcPr>
            <w:tcW w:w="2160" w:type="dxa"/>
          </w:tcPr>
          <w:p w:rsidR="00622508" w:rsidRDefault="002B2B48">
            <w:pPr>
              <w:jc w:val="center"/>
            </w:pPr>
            <w:r>
              <w:t>1</w:t>
            </w:r>
          </w:p>
        </w:tc>
        <w:tc>
          <w:tcPr>
            <w:tcW w:w="2160" w:type="dxa"/>
          </w:tcPr>
          <w:p w:rsidR="00622508" w:rsidRDefault="002B2B48">
            <w:pPr>
              <w:jc w:val="center"/>
            </w:pPr>
            <w:r>
              <w:t>2</w:t>
            </w:r>
          </w:p>
        </w:tc>
      </w:tr>
      <w:tr w:rsidR="00622508">
        <w:tc>
          <w:tcPr>
            <w:tcW w:w="2160" w:type="dxa"/>
          </w:tcPr>
          <w:p w:rsidR="00622508" w:rsidRDefault="002B2B48">
            <w:pPr>
              <w:jc w:val="center"/>
            </w:pPr>
            <w:r>
              <w:t>Література рідного краю</w:t>
            </w:r>
          </w:p>
        </w:tc>
        <w:tc>
          <w:tcPr>
            <w:tcW w:w="2160" w:type="dxa"/>
          </w:tcPr>
          <w:p w:rsidR="00622508" w:rsidRDefault="002B2B48">
            <w:pPr>
              <w:jc w:val="center"/>
            </w:pPr>
            <w:r>
              <w:t>1</w:t>
            </w:r>
          </w:p>
        </w:tc>
        <w:tc>
          <w:tcPr>
            <w:tcW w:w="2160" w:type="dxa"/>
          </w:tcPr>
          <w:p w:rsidR="00622508" w:rsidRDefault="002B2B48">
            <w:pPr>
              <w:jc w:val="center"/>
            </w:pPr>
            <w:r>
              <w:t>1</w:t>
            </w:r>
          </w:p>
        </w:tc>
        <w:tc>
          <w:tcPr>
            <w:tcW w:w="2160" w:type="dxa"/>
          </w:tcPr>
          <w:p w:rsidR="00622508" w:rsidRDefault="002B2B48">
            <w:pPr>
              <w:jc w:val="center"/>
            </w:pPr>
            <w:r>
              <w:t>2</w:t>
            </w:r>
          </w:p>
        </w:tc>
      </w:tr>
      <w:tr w:rsidR="00622508">
        <w:tc>
          <w:tcPr>
            <w:tcW w:w="2160" w:type="dxa"/>
          </w:tcPr>
          <w:p w:rsidR="00622508" w:rsidRDefault="002B2B48">
            <w:pPr>
              <w:jc w:val="center"/>
            </w:pPr>
            <w:r>
              <w:t>Перевірка зошитів</w:t>
            </w:r>
          </w:p>
        </w:tc>
        <w:tc>
          <w:tcPr>
            <w:tcW w:w="2160" w:type="dxa"/>
          </w:tcPr>
          <w:p w:rsidR="00622508" w:rsidRDefault="002B2B48">
            <w:pPr>
              <w:jc w:val="center"/>
            </w:pPr>
            <w:r>
              <w:t>1 раз на місяць</w:t>
            </w:r>
          </w:p>
        </w:tc>
        <w:tc>
          <w:tcPr>
            <w:tcW w:w="2160" w:type="dxa"/>
          </w:tcPr>
          <w:p w:rsidR="00622508" w:rsidRDefault="002B2B48">
            <w:pPr>
              <w:jc w:val="center"/>
            </w:pPr>
            <w:r>
              <w:t>1 раз на місяць</w:t>
            </w:r>
          </w:p>
        </w:tc>
        <w:tc>
          <w:tcPr>
            <w:tcW w:w="2160" w:type="dxa"/>
          </w:tcPr>
          <w:p w:rsidR="00622508" w:rsidRDefault="002B2B48">
            <w:pPr>
              <w:jc w:val="center"/>
            </w:pPr>
            <w:r>
              <w:t>-</w:t>
            </w:r>
          </w:p>
        </w:tc>
      </w:tr>
    </w:tbl>
    <w:p w:rsidR="00622508" w:rsidRDefault="002B2B48">
      <w:r>
        <w:br/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339"/>
        <w:gridCol w:w="3960"/>
        <w:gridCol w:w="1816"/>
        <w:gridCol w:w="1741"/>
      </w:tblGrid>
      <w:tr w:rsidR="00622508">
        <w:tc>
          <w:tcPr>
            <w:tcW w:w="2160" w:type="dxa"/>
          </w:tcPr>
          <w:p w:rsidR="00622508" w:rsidRDefault="002B2B48">
            <w:pPr>
              <w:jc w:val="center"/>
            </w:pPr>
            <w:r>
              <w:rPr>
                <w:b/>
              </w:rPr>
              <w:t>№ з/п</w:t>
            </w:r>
          </w:p>
        </w:tc>
        <w:tc>
          <w:tcPr>
            <w:tcW w:w="2160" w:type="dxa"/>
          </w:tcPr>
          <w:p w:rsidR="00622508" w:rsidRDefault="002B2B48">
            <w:pPr>
              <w:jc w:val="center"/>
            </w:pPr>
            <w:r>
              <w:rPr>
                <w:b/>
              </w:rPr>
              <w:t>Зміст навчального матеріалу</w:t>
            </w:r>
          </w:p>
        </w:tc>
        <w:tc>
          <w:tcPr>
            <w:tcW w:w="2160" w:type="dxa"/>
          </w:tcPr>
          <w:p w:rsidR="00622508" w:rsidRDefault="002B2B48">
            <w:pPr>
              <w:jc w:val="center"/>
            </w:pPr>
            <w:r>
              <w:rPr>
                <w:b/>
              </w:rPr>
              <w:t>Дата проведення</w:t>
            </w:r>
          </w:p>
        </w:tc>
        <w:tc>
          <w:tcPr>
            <w:tcW w:w="2160" w:type="dxa"/>
          </w:tcPr>
          <w:p w:rsidR="00622508" w:rsidRDefault="002B2B48">
            <w:pPr>
              <w:jc w:val="center"/>
            </w:pPr>
            <w:r>
              <w:rPr>
                <w:b/>
              </w:rPr>
              <w:t>Примітка</w:t>
            </w:r>
          </w:p>
        </w:tc>
      </w:tr>
      <w:tr w:rsidR="00622508">
        <w:tc>
          <w:tcPr>
            <w:tcW w:w="9637" w:type="dxa"/>
            <w:gridSpan w:val="4"/>
          </w:tcPr>
          <w:p w:rsidR="00622508" w:rsidRDefault="002B2B48">
            <w:pPr>
              <w:jc w:val="center"/>
            </w:pPr>
            <w:r>
              <w:rPr>
                <w:b/>
              </w:rPr>
              <w:t>І семестр</w:t>
            </w:r>
          </w:p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t>1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r w:rsidRPr="00781623">
              <w:rPr>
                <w:lang w:val="ru-RU"/>
              </w:rPr>
              <w:t xml:space="preserve">Вступ. </w:t>
            </w:r>
            <w:proofErr w:type="spellStart"/>
            <w:r w:rsidRPr="00781623">
              <w:rPr>
                <w:lang w:val="ru-RU"/>
              </w:rPr>
              <w:t>Реалістична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українська</w:t>
            </w:r>
            <w:proofErr w:type="spellEnd"/>
            <w:r w:rsidRPr="00781623">
              <w:rPr>
                <w:lang w:val="ru-RU"/>
              </w:rPr>
              <w:t xml:space="preserve"> проза</w:t>
            </w:r>
            <w:r w:rsidRPr="00781623">
              <w:rPr>
                <w:lang w:val="ru-RU"/>
              </w:rPr>
              <w:br/>
            </w:r>
            <w:proofErr w:type="spellStart"/>
            <w:r w:rsidRPr="00781623">
              <w:rPr>
                <w:lang w:val="ru-RU"/>
              </w:rPr>
              <w:t>Українська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література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другої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половини</w:t>
            </w:r>
            <w:proofErr w:type="spellEnd"/>
            <w:r w:rsidRPr="00781623">
              <w:rPr>
                <w:lang w:val="ru-RU"/>
              </w:rPr>
              <w:t xml:space="preserve"> ХІХ ст. у </w:t>
            </w:r>
            <w:proofErr w:type="spellStart"/>
            <w:r w:rsidRPr="00781623">
              <w:rPr>
                <w:lang w:val="ru-RU"/>
              </w:rPr>
              <w:t>контексті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розвитку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тодішнього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суспільства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культури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мистецтва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Новий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етап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національно-визвольного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руху</w:t>
            </w:r>
            <w:proofErr w:type="spellEnd"/>
            <w:r w:rsidRPr="00781623">
              <w:rPr>
                <w:lang w:val="ru-RU"/>
              </w:rPr>
              <w:t>, культурно-</w:t>
            </w:r>
            <w:proofErr w:type="spellStart"/>
            <w:r w:rsidRPr="00781623">
              <w:rPr>
                <w:lang w:val="ru-RU"/>
              </w:rPr>
              <w:t>просвітницька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діяльність</w:t>
            </w:r>
            <w:proofErr w:type="spellEnd"/>
            <w:r w:rsidRPr="00781623">
              <w:rPr>
                <w:lang w:val="ru-RU"/>
              </w:rPr>
              <w:t xml:space="preserve"> «громад». </w:t>
            </w:r>
            <w:proofErr w:type="spellStart"/>
            <w:r w:rsidRPr="00781623">
              <w:rPr>
                <w:lang w:val="ru-RU"/>
              </w:rPr>
              <w:t>Періодичні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видання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Розвиток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реалізму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на</w:t>
            </w:r>
            <w:r w:rsidRPr="00781623">
              <w:rPr>
                <w:lang w:val="ru-RU"/>
              </w:rPr>
              <w:t>туралізму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пізній</w:t>
            </w:r>
            <w:proofErr w:type="spellEnd"/>
            <w:r w:rsidRPr="00781623">
              <w:rPr>
                <w:lang w:val="ru-RU"/>
              </w:rPr>
              <w:t xml:space="preserve"> романтизм. </w:t>
            </w:r>
            <w:proofErr w:type="spellStart"/>
            <w:r w:rsidRPr="00781623">
              <w:rPr>
                <w:lang w:val="ru-RU"/>
              </w:rPr>
              <w:t>Тодішні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поезія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драматургія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Особливості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реалістичної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прози</w:t>
            </w:r>
            <w:proofErr w:type="spellEnd"/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t>2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r>
              <w:t xml:space="preserve">Іван Нечуй-Левицький. Життя і творчість письменника як новий імпульс української літератури </w:t>
            </w:r>
            <w:r>
              <w:lastRenderedPageBreak/>
              <w:t xml:space="preserve">(«Колосальне всеобіймаюче око України» (І.Франко)). </w:t>
            </w:r>
            <w:r w:rsidRPr="00781623">
              <w:rPr>
                <w:lang w:val="ru-RU"/>
              </w:rPr>
              <w:t>«</w:t>
            </w:r>
            <w:proofErr w:type="spellStart"/>
            <w:r w:rsidRPr="00781623">
              <w:rPr>
                <w:lang w:val="ru-RU"/>
              </w:rPr>
              <w:t>Кайдашева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сім’я</w:t>
            </w:r>
            <w:proofErr w:type="spellEnd"/>
            <w:r w:rsidRPr="00781623">
              <w:rPr>
                <w:lang w:val="ru-RU"/>
              </w:rPr>
              <w:t xml:space="preserve">» </w:t>
            </w:r>
            <w:r w:rsidRPr="00781623">
              <w:rPr>
                <w:lang w:val="ru-RU"/>
              </w:rPr>
              <w:t xml:space="preserve">– </w:t>
            </w:r>
            <w:proofErr w:type="spellStart"/>
            <w:r w:rsidRPr="00781623">
              <w:rPr>
                <w:lang w:val="ru-RU"/>
              </w:rPr>
              <w:t>соціально-побутова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повість-хроніка</w:t>
            </w:r>
            <w:proofErr w:type="spellEnd"/>
            <w:r w:rsidRPr="00781623">
              <w:rPr>
                <w:lang w:val="ru-RU"/>
              </w:rPr>
              <w:br/>
              <w:t xml:space="preserve">ТЛ: </w:t>
            </w:r>
            <w:proofErr w:type="spellStart"/>
            <w:r w:rsidRPr="00781623">
              <w:rPr>
                <w:lang w:val="ru-RU"/>
              </w:rPr>
              <w:t>соціально-побутова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повість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реалізм</w:t>
            </w:r>
            <w:proofErr w:type="spellEnd"/>
            <w:r w:rsidRPr="00781623">
              <w:rPr>
                <w:lang w:val="ru-RU"/>
              </w:rPr>
              <w:t xml:space="preserve"> (</w:t>
            </w:r>
            <w:proofErr w:type="spellStart"/>
            <w:r w:rsidRPr="00781623">
              <w:rPr>
                <w:lang w:val="ru-RU"/>
              </w:rPr>
              <w:t>поглиблено</w:t>
            </w:r>
            <w:proofErr w:type="spellEnd"/>
            <w:r w:rsidRPr="00781623">
              <w:rPr>
                <w:lang w:val="ru-RU"/>
              </w:rPr>
              <w:t>)</w:t>
            </w:r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lastRenderedPageBreak/>
              <w:t>3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proofErr w:type="spellStart"/>
            <w:r w:rsidRPr="00781623">
              <w:rPr>
                <w:lang w:val="ru-RU"/>
              </w:rPr>
              <w:t>Іван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Нечуй-Левицький</w:t>
            </w:r>
            <w:proofErr w:type="spellEnd"/>
            <w:r w:rsidRPr="00781623">
              <w:rPr>
                <w:lang w:val="ru-RU"/>
              </w:rPr>
              <w:t>. «</w:t>
            </w:r>
            <w:proofErr w:type="spellStart"/>
            <w:r w:rsidRPr="00781623">
              <w:rPr>
                <w:lang w:val="ru-RU"/>
              </w:rPr>
              <w:t>Кайдашева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сім’я</w:t>
            </w:r>
            <w:proofErr w:type="spellEnd"/>
            <w:r w:rsidRPr="00781623">
              <w:rPr>
                <w:lang w:val="ru-RU"/>
              </w:rPr>
              <w:t xml:space="preserve">». </w:t>
            </w:r>
            <w:proofErr w:type="spellStart"/>
            <w:r w:rsidRPr="00781623">
              <w:rPr>
                <w:lang w:val="ru-RU"/>
              </w:rPr>
              <w:t>Реалізм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твору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сучасна</w:t>
            </w:r>
            <w:proofErr w:type="spellEnd"/>
            <w:r w:rsidRPr="00781623">
              <w:rPr>
                <w:lang w:val="ru-RU"/>
              </w:rPr>
              <w:t xml:space="preserve"> (</w:t>
            </w:r>
            <w:proofErr w:type="spellStart"/>
            <w:r w:rsidRPr="00781623">
              <w:rPr>
                <w:lang w:val="ru-RU"/>
              </w:rPr>
              <w:t>вічна</w:t>
            </w:r>
            <w:proofErr w:type="spellEnd"/>
            <w:r w:rsidRPr="00781623">
              <w:rPr>
                <w:lang w:val="ru-RU"/>
              </w:rPr>
              <w:t xml:space="preserve">) </w:t>
            </w:r>
            <w:proofErr w:type="spellStart"/>
            <w:r w:rsidRPr="00781623">
              <w:rPr>
                <w:lang w:val="ru-RU"/>
              </w:rPr>
              <w:t>актуальність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проблеми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батьків</w:t>
            </w:r>
            <w:proofErr w:type="spellEnd"/>
            <w:r w:rsidRPr="00781623">
              <w:rPr>
                <w:lang w:val="ru-RU"/>
              </w:rPr>
              <w:t xml:space="preserve"> і </w:t>
            </w:r>
            <w:proofErr w:type="spellStart"/>
            <w:r w:rsidRPr="00781623">
              <w:rPr>
                <w:lang w:val="ru-RU"/>
              </w:rPr>
              <w:t>дітей</w:t>
            </w:r>
            <w:proofErr w:type="spellEnd"/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t>4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proofErr w:type="spellStart"/>
            <w:r w:rsidRPr="00781623">
              <w:rPr>
                <w:lang w:val="ru-RU"/>
              </w:rPr>
              <w:t>Іван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Нечуй-Левицький</w:t>
            </w:r>
            <w:proofErr w:type="spellEnd"/>
            <w:r w:rsidRPr="00781623">
              <w:rPr>
                <w:lang w:val="ru-RU"/>
              </w:rPr>
              <w:t>. «</w:t>
            </w:r>
            <w:proofErr w:type="spellStart"/>
            <w:r w:rsidRPr="00781623">
              <w:rPr>
                <w:lang w:val="ru-RU"/>
              </w:rPr>
              <w:t>Кайдашева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сім’я</w:t>
            </w:r>
            <w:proofErr w:type="spellEnd"/>
            <w:r w:rsidRPr="00781623">
              <w:rPr>
                <w:lang w:val="ru-RU"/>
              </w:rPr>
              <w:t xml:space="preserve">». </w:t>
            </w:r>
            <w:proofErr w:type="spellStart"/>
            <w:r w:rsidRPr="00781623">
              <w:rPr>
                <w:lang w:val="ru-RU"/>
              </w:rPr>
              <w:t>Колоритні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людські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характери</w:t>
            </w:r>
            <w:proofErr w:type="spellEnd"/>
            <w:r w:rsidRPr="00781623">
              <w:rPr>
                <w:lang w:val="ru-RU"/>
              </w:rPr>
              <w:t xml:space="preserve"> в </w:t>
            </w:r>
            <w:proofErr w:type="spellStart"/>
            <w:r w:rsidRPr="00781623">
              <w:rPr>
                <w:lang w:val="ru-RU"/>
              </w:rPr>
              <w:t>повісті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Образи-персонажі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засоби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їх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зображення</w:t>
            </w:r>
            <w:proofErr w:type="spellEnd"/>
            <w:r w:rsidRPr="00781623">
              <w:rPr>
                <w:lang w:val="ru-RU"/>
              </w:rPr>
              <w:br/>
              <w:t xml:space="preserve">ТЛ: </w:t>
            </w:r>
            <w:proofErr w:type="spellStart"/>
            <w:r w:rsidRPr="00781623">
              <w:rPr>
                <w:lang w:val="ru-RU"/>
              </w:rPr>
              <w:t>засоби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змалювання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комічного</w:t>
            </w:r>
            <w:proofErr w:type="spellEnd"/>
            <w:r w:rsidRPr="00781623">
              <w:rPr>
                <w:lang w:val="ru-RU"/>
              </w:rPr>
              <w:t xml:space="preserve"> (</w:t>
            </w:r>
            <w:proofErr w:type="spellStart"/>
            <w:r w:rsidRPr="00781623">
              <w:rPr>
                <w:lang w:val="ru-RU"/>
              </w:rPr>
              <w:t>поглиблено</w:t>
            </w:r>
            <w:proofErr w:type="spellEnd"/>
            <w:r w:rsidRPr="00781623">
              <w:rPr>
                <w:lang w:val="ru-RU"/>
              </w:rPr>
              <w:t>)</w:t>
            </w:r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5</w:t>
            </w:r>
          </w:p>
        </w:tc>
        <w:tc>
          <w:tcPr>
            <w:tcW w:w="5669" w:type="dxa"/>
          </w:tcPr>
          <w:p w:rsidR="00622508" w:rsidRDefault="002B2B48">
            <w:proofErr w:type="spellStart"/>
            <w:r w:rsidRPr="00781623">
              <w:rPr>
                <w:lang w:val="ru-RU"/>
              </w:rPr>
              <w:t>Іван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Нечуй-Левицький</w:t>
            </w:r>
            <w:proofErr w:type="spellEnd"/>
            <w:r w:rsidRPr="00781623">
              <w:rPr>
                <w:lang w:val="ru-RU"/>
              </w:rPr>
              <w:t>. «</w:t>
            </w:r>
            <w:proofErr w:type="spellStart"/>
            <w:r w:rsidRPr="00781623">
              <w:rPr>
                <w:lang w:val="ru-RU"/>
              </w:rPr>
              <w:t>Кайдашева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сім’я</w:t>
            </w:r>
            <w:proofErr w:type="spellEnd"/>
            <w:r w:rsidRPr="00781623">
              <w:rPr>
                <w:lang w:val="ru-RU"/>
              </w:rPr>
              <w:t xml:space="preserve">». </w:t>
            </w:r>
            <w:proofErr w:type="spellStart"/>
            <w:r w:rsidRPr="00781623">
              <w:rPr>
                <w:lang w:val="ru-RU"/>
              </w:rPr>
              <w:t>Українська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ментальність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гуманістичні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традиції</w:t>
            </w:r>
            <w:proofErr w:type="spellEnd"/>
            <w:r w:rsidRPr="00781623">
              <w:rPr>
                <w:lang w:val="ru-RU"/>
              </w:rPr>
              <w:t xml:space="preserve"> народного </w:t>
            </w:r>
            <w:proofErr w:type="spellStart"/>
            <w:r w:rsidRPr="00781623">
              <w:rPr>
                <w:lang w:val="ru-RU"/>
              </w:rPr>
              <w:t>побуту</w:t>
            </w:r>
            <w:proofErr w:type="spellEnd"/>
            <w:r w:rsidRPr="00781623">
              <w:rPr>
                <w:lang w:val="ru-RU"/>
              </w:rPr>
              <w:t xml:space="preserve"> й </w:t>
            </w:r>
            <w:proofErr w:type="spellStart"/>
            <w:r w:rsidRPr="00781623">
              <w:rPr>
                <w:lang w:val="ru-RU"/>
              </w:rPr>
              <w:t>моралі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>
              <w:t>Ствердження</w:t>
            </w:r>
            <w:proofErr w:type="spellEnd"/>
            <w:r>
              <w:t xml:space="preserve"> </w:t>
            </w:r>
            <w:proofErr w:type="spellStart"/>
            <w:r>
              <w:t>ц</w:t>
            </w:r>
            <w:r>
              <w:t>інностей</w:t>
            </w:r>
            <w:proofErr w:type="spellEnd"/>
            <w:r>
              <w:t xml:space="preserve"> </w:t>
            </w:r>
            <w:proofErr w:type="spellStart"/>
            <w:r>
              <w:t>національної</w:t>
            </w:r>
            <w:proofErr w:type="spellEnd"/>
            <w:r>
              <w:t xml:space="preserve"> </w:t>
            </w:r>
            <w:proofErr w:type="spellStart"/>
            <w:r>
              <w:t>етики</w:t>
            </w:r>
            <w:proofErr w:type="spellEnd"/>
            <w:r>
              <w:t xml:space="preserve"> засобами комічного</w:t>
            </w:r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622508"/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6</w:t>
            </w:r>
          </w:p>
        </w:tc>
        <w:tc>
          <w:tcPr>
            <w:tcW w:w="5669" w:type="dxa"/>
          </w:tcPr>
          <w:p w:rsidR="00622508" w:rsidRDefault="002B2B48">
            <w:proofErr w:type="spellStart"/>
            <w:r w:rsidRPr="00781623">
              <w:rPr>
                <w:lang w:val="ru-RU"/>
              </w:rPr>
              <w:t>Панас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Мирний</w:t>
            </w:r>
            <w:proofErr w:type="spellEnd"/>
            <w:r w:rsidRPr="00781623">
              <w:rPr>
                <w:lang w:val="ru-RU"/>
              </w:rPr>
              <w:t xml:space="preserve"> (П. Рудченко). «</w:t>
            </w:r>
            <w:proofErr w:type="spellStart"/>
            <w:r w:rsidRPr="00781623">
              <w:rPr>
                <w:lang w:val="ru-RU"/>
              </w:rPr>
              <w:t>Хіба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ревуть</w:t>
            </w:r>
            <w:proofErr w:type="spellEnd"/>
            <w:r w:rsidRPr="00781623">
              <w:rPr>
                <w:lang w:val="ru-RU"/>
              </w:rPr>
              <w:t xml:space="preserve"> воли, як </w:t>
            </w:r>
            <w:proofErr w:type="spellStart"/>
            <w:r w:rsidRPr="00781623">
              <w:rPr>
                <w:lang w:val="ru-RU"/>
              </w:rPr>
              <w:t>ясла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повні</w:t>
            </w:r>
            <w:proofErr w:type="spellEnd"/>
            <w:r w:rsidRPr="00781623">
              <w:rPr>
                <w:lang w:val="ru-RU"/>
              </w:rPr>
              <w:t xml:space="preserve">?» (1, 4 </w:t>
            </w:r>
            <w:proofErr w:type="spellStart"/>
            <w:r w:rsidRPr="00781623">
              <w:rPr>
                <w:lang w:val="ru-RU"/>
              </w:rPr>
              <w:t>частини</w:t>
            </w:r>
            <w:proofErr w:type="spellEnd"/>
            <w:r w:rsidRPr="00781623">
              <w:rPr>
                <w:lang w:val="ru-RU"/>
              </w:rPr>
              <w:t>)</w:t>
            </w:r>
            <w:r w:rsidRPr="00781623">
              <w:rPr>
                <w:lang w:val="ru-RU"/>
              </w:rPr>
              <w:br/>
            </w:r>
            <w:proofErr w:type="spellStart"/>
            <w:r w:rsidRPr="00781623">
              <w:rPr>
                <w:lang w:val="ru-RU"/>
              </w:rPr>
              <w:t>Основне</w:t>
            </w:r>
            <w:proofErr w:type="spellEnd"/>
            <w:r w:rsidRPr="00781623">
              <w:rPr>
                <w:lang w:val="ru-RU"/>
              </w:rPr>
              <w:t xml:space="preserve"> про </w:t>
            </w:r>
            <w:proofErr w:type="spellStart"/>
            <w:r w:rsidRPr="00781623">
              <w:rPr>
                <w:lang w:val="ru-RU"/>
              </w:rPr>
              <w:t>життєвий</w:t>
            </w:r>
            <w:proofErr w:type="spellEnd"/>
            <w:r w:rsidRPr="00781623">
              <w:rPr>
                <w:lang w:val="ru-RU"/>
              </w:rPr>
              <w:t xml:space="preserve"> і </w:t>
            </w:r>
            <w:proofErr w:type="spellStart"/>
            <w:r w:rsidRPr="00781623">
              <w:rPr>
                <w:lang w:val="ru-RU"/>
              </w:rPr>
              <w:t>творчий</w:t>
            </w:r>
            <w:proofErr w:type="spellEnd"/>
            <w:r w:rsidRPr="00781623">
              <w:rPr>
                <w:lang w:val="ru-RU"/>
              </w:rPr>
              <w:t xml:space="preserve"> шлях. </w:t>
            </w:r>
            <w:proofErr w:type="spellStart"/>
            <w:r w:rsidRPr="00781623">
              <w:rPr>
                <w:lang w:val="ru-RU"/>
              </w:rPr>
              <w:t>Загальна</w:t>
            </w:r>
            <w:proofErr w:type="spellEnd"/>
            <w:r w:rsidRPr="00781623">
              <w:rPr>
                <w:lang w:val="ru-RU"/>
              </w:rPr>
              <w:t xml:space="preserve"> характеристика </w:t>
            </w:r>
            <w:proofErr w:type="spellStart"/>
            <w:r w:rsidRPr="00781623">
              <w:rPr>
                <w:lang w:val="ru-RU"/>
              </w:rPr>
              <w:t>творчості</w:t>
            </w:r>
            <w:proofErr w:type="spellEnd"/>
            <w:r w:rsidRPr="00781623">
              <w:rPr>
                <w:lang w:val="ru-RU"/>
              </w:rPr>
              <w:t xml:space="preserve">. Перший </w:t>
            </w:r>
            <w:proofErr w:type="spellStart"/>
            <w:r w:rsidRPr="00781623">
              <w:rPr>
                <w:lang w:val="ru-RU"/>
              </w:rPr>
              <w:t>український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соціально-психологічний</w:t>
            </w:r>
            <w:proofErr w:type="spellEnd"/>
            <w:r w:rsidRPr="00781623">
              <w:rPr>
                <w:lang w:val="ru-RU"/>
              </w:rPr>
              <w:t xml:space="preserve"> роман, </w:t>
            </w:r>
            <w:proofErr w:type="spellStart"/>
            <w:r w:rsidRPr="00781623">
              <w:rPr>
                <w:lang w:val="ru-RU"/>
              </w:rPr>
              <w:t>свідчення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його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можливостей</w:t>
            </w:r>
            <w:proofErr w:type="spellEnd"/>
            <w:r w:rsidRPr="00781623">
              <w:rPr>
                <w:lang w:val="ru-RU"/>
              </w:rPr>
              <w:t xml:space="preserve"> у </w:t>
            </w:r>
            <w:proofErr w:type="spellStart"/>
            <w:r w:rsidRPr="00781623">
              <w:rPr>
                <w:lang w:val="ru-RU"/>
              </w:rPr>
              <w:t>художньому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дослідженні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дійсності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>
              <w:t>Співавторство</w:t>
            </w:r>
            <w:proofErr w:type="spellEnd"/>
            <w:r>
              <w:t xml:space="preserve"> з </w:t>
            </w:r>
            <w:proofErr w:type="spellStart"/>
            <w:r>
              <w:t>І.Біликом</w:t>
            </w:r>
            <w:proofErr w:type="spellEnd"/>
            <w:r>
              <w:br/>
              <w:t>ТЛ: соціально-психологічний роман</w:t>
            </w:r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622508"/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7</w:t>
            </w:r>
          </w:p>
        </w:tc>
        <w:tc>
          <w:tcPr>
            <w:tcW w:w="5669" w:type="dxa"/>
          </w:tcPr>
          <w:p w:rsidR="00622508" w:rsidRDefault="002B2B48">
            <w:proofErr w:type="spellStart"/>
            <w:r w:rsidRPr="00781623">
              <w:rPr>
                <w:lang w:val="ru-RU"/>
              </w:rPr>
              <w:t>Панас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Мирний</w:t>
            </w:r>
            <w:proofErr w:type="spellEnd"/>
            <w:r w:rsidRPr="00781623">
              <w:rPr>
                <w:lang w:val="ru-RU"/>
              </w:rPr>
              <w:t>. «</w:t>
            </w:r>
            <w:proofErr w:type="spellStart"/>
            <w:r w:rsidRPr="00781623">
              <w:rPr>
                <w:lang w:val="ru-RU"/>
              </w:rPr>
              <w:t>Хіба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ревуть</w:t>
            </w:r>
            <w:proofErr w:type="spellEnd"/>
            <w:r w:rsidRPr="00781623">
              <w:rPr>
                <w:lang w:val="ru-RU"/>
              </w:rPr>
              <w:t xml:space="preserve"> воли, як </w:t>
            </w:r>
            <w:proofErr w:type="spellStart"/>
            <w:r w:rsidRPr="00781623">
              <w:rPr>
                <w:lang w:val="ru-RU"/>
              </w:rPr>
              <w:t>ясла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повні</w:t>
            </w:r>
            <w:proofErr w:type="spellEnd"/>
            <w:r w:rsidRPr="00781623">
              <w:rPr>
                <w:lang w:val="ru-RU"/>
              </w:rPr>
              <w:t xml:space="preserve">?» </w:t>
            </w:r>
            <w:proofErr w:type="spellStart"/>
            <w:r>
              <w:t>Широта</w:t>
            </w:r>
            <w:proofErr w:type="spellEnd"/>
            <w:r>
              <w:t xml:space="preserve"> </w:t>
            </w:r>
            <w:proofErr w:type="spellStart"/>
            <w:r>
              <w:t>представлення</w:t>
            </w:r>
            <w:proofErr w:type="spellEnd"/>
            <w:r>
              <w:t xml:space="preserve"> </w:t>
            </w:r>
            <w:proofErr w:type="spellStart"/>
            <w:r>
              <w:t>народного</w:t>
            </w:r>
            <w:proofErr w:type="spellEnd"/>
            <w:r>
              <w:t xml:space="preserve"> </w:t>
            </w:r>
            <w:proofErr w:type="spellStart"/>
            <w:r>
              <w:t>життя</w:t>
            </w:r>
            <w:proofErr w:type="spellEnd"/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622508"/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t>8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proofErr w:type="spellStart"/>
            <w:r w:rsidRPr="00781623">
              <w:rPr>
                <w:lang w:val="ru-RU"/>
              </w:rPr>
              <w:t>Панас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Мирний</w:t>
            </w:r>
            <w:proofErr w:type="spellEnd"/>
            <w:r w:rsidRPr="00781623">
              <w:rPr>
                <w:lang w:val="ru-RU"/>
              </w:rPr>
              <w:t>. «</w:t>
            </w:r>
            <w:proofErr w:type="spellStart"/>
            <w:r w:rsidRPr="00781623">
              <w:rPr>
                <w:lang w:val="ru-RU"/>
              </w:rPr>
              <w:t>Хіба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ревуть</w:t>
            </w:r>
            <w:proofErr w:type="spellEnd"/>
            <w:r w:rsidRPr="00781623">
              <w:rPr>
                <w:lang w:val="ru-RU"/>
              </w:rPr>
              <w:t xml:space="preserve"> воли, як </w:t>
            </w:r>
            <w:proofErr w:type="spellStart"/>
            <w:r w:rsidRPr="00781623">
              <w:rPr>
                <w:lang w:val="ru-RU"/>
              </w:rPr>
              <w:t>я</w:t>
            </w:r>
            <w:r w:rsidRPr="00781623">
              <w:rPr>
                <w:lang w:val="ru-RU"/>
              </w:rPr>
              <w:t>сла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повні</w:t>
            </w:r>
            <w:proofErr w:type="spellEnd"/>
            <w:r w:rsidRPr="00781623">
              <w:rPr>
                <w:lang w:val="ru-RU"/>
              </w:rPr>
              <w:t xml:space="preserve">?» Шлях </w:t>
            </w:r>
            <w:proofErr w:type="spellStart"/>
            <w:r w:rsidRPr="00781623">
              <w:rPr>
                <w:lang w:val="ru-RU"/>
              </w:rPr>
              <w:t>Ничипора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Варениченка</w:t>
            </w:r>
            <w:proofErr w:type="spellEnd"/>
            <w:r w:rsidRPr="00781623">
              <w:rPr>
                <w:lang w:val="ru-RU"/>
              </w:rPr>
              <w:t xml:space="preserve">: </w:t>
            </w:r>
            <w:proofErr w:type="spellStart"/>
            <w:r w:rsidRPr="00781623">
              <w:rPr>
                <w:lang w:val="ru-RU"/>
              </w:rPr>
              <w:t>від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правдошукацтва</w:t>
            </w:r>
            <w:proofErr w:type="spellEnd"/>
            <w:r w:rsidRPr="00781623">
              <w:rPr>
                <w:lang w:val="ru-RU"/>
              </w:rPr>
              <w:t xml:space="preserve"> до </w:t>
            </w:r>
            <w:proofErr w:type="spellStart"/>
            <w:r w:rsidRPr="00781623">
              <w:rPr>
                <w:lang w:val="ru-RU"/>
              </w:rPr>
              <w:t>розбійництва</w:t>
            </w:r>
            <w:proofErr w:type="spellEnd"/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9</w:t>
            </w:r>
          </w:p>
        </w:tc>
        <w:tc>
          <w:tcPr>
            <w:tcW w:w="5669" w:type="dxa"/>
          </w:tcPr>
          <w:p w:rsidR="00622508" w:rsidRDefault="002B2B48">
            <w:r w:rsidRPr="00781623">
              <w:rPr>
                <w:lang w:val="ru-RU"/>
              </w:rPr>
              <w:t>РМ №1. Диспут за темою «</w:t>
            </w:r>
            <w:proofErr w:type="spellStart"/>
            <w:r w:rsidRPr="00781623">
              <w:rPr>
                <w:lang w:val="ru-RU"/>
              </w:rPr>
              <w:t>Усвідомлення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значення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правильності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життєвого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вибору</w:t>
            </w:r>
            <w:proofErr w:type="spellEnd"/>
            <w:r w:rsidRPr="00781623">
              <w:rPr>
                <w:lang w:val="ru-RU"/>
              </w:rPr>
              <w:t xml:space="preserve"> для </w:t>
            </w:r>
            <w:proofErr w:type="spellStart"/>
            <w:r w:rsidRPr="00781623">
              <w:rPr>
                <w:lang w:val="ru-RU"/>
              </w:rPr>
              <w:t>становлення</w:t>
            </w:r>
            <w:proofErr w:type="spellEnd"/>
            <w:r w:rsidRPr="00781623">
              <w:rPr>
                <w:lang w:val="ru-RU"/>
              </w:rPr>
              <w:t xml:space="preserve"> й </w:t>
            </w:r>
            <w:proofErr w:type="spellStart"/>
            <w:r w:rsidRPr="00781623">
              <w:rPr>
                <w:lang w:val="ru-RU"/>
              </w:rPr>
              <w:t>ствердження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людини</w:t>
            </w:r>
            <w:proofErr w:type="spellEnd"/>
            <w:r w:rsidRPr="00781623">
              <w:rPr>
                <w:lang w:val="ru-RU"/>
              </w:rPr>
              <w:t>» (</w:t>
            </w:r>
            <w:proofErr w:type="spellStart"/>
            <w:r w:rsidRPr="00781623">
              <w:rPr>
                <w:lang w:val="ru-RU"/>
              </w:rPr>
              <w:t>Панас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Мирний</w:t>
            </w:r>
            <w:proofErr w:type="spellEnd"/>
            <w:r w:rsidRPr="00781623">
              <w:rPr>
                <w:lang w:val="ru-RU"/>
              </w:rPr>
              <w:t xml:space="preserve">. </w:t>
            </w:r>
            <w:r>
              <w:t>«</w:t>
            </w:r>
            <w:proofErr w:type="spellStart"/>
            <w:r>
              <w:t>Хіба</w:t>
            </w:r>
            <w:proofErr w:type="spellEnd"/>
            <w:r>
              <w:t xml:space="preserve"> </w:t>
            </w:r>
            <w:proofErr w:type="spellStart"/>
            <w:r>
              <w:t>ревуть</w:t>
            </w:r>
            <w:proofErr w:type="spellEnd"/>
            <w:r>
              <w:t xml:space="preserve"> </w:t>
            </w:r>
            <w:proofErr w:type="spellStart"/>
            <w:r>
              <w:t>воли</w:t>
            </w:r>
            <w:proofErr w:type="spellEnd"/>
            <w:r>
              <w:t xml:space="preserve">, </w:t>
            </w:r>
            <w:proofErr w:type="spellStart"/>
            <w:r>
              <w:t>як</w:t>
            </w:r>
            <w:proofErr w:type="spellEnd"/>
            <w:r>
              <w:t xml:space="preserve"> ясла повні?»)</w:t>
            </w:r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2B2B48">
            <w:r>
              <w:t>РМ №1 (усно</w:t>
            </w:r>
            <w:r>
              <w:t>)</w:t>
            </w:r>
          </w:p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t>10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proofErr w:type="spellStart"/>
            <w:r w:rsidRPr="00781623">
              <w:rPr>
                <w:lang w:val="ru-RU"/>
              </w:rPr>
              <w:t>Панас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Мирний</w:t>
            </w:r>
            <w:proofErr w:type="spellEnd"/>
            <w:r w:rsidRPr="00781623">
              <w:rPr>
                <w:lang w:val="ru-RU"/>
              </w:rPr>
              <w:t>. «</w:t>
            </w:r>
            <w:proofErr w:type="spellStart"/>
            <w:r w:rsidRPr="00781623">
              <w:rPr>
                <w:lang w:val="ru-RU"/>
              </w:rPr>
              <w:t>Хіба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ревуть</w:t>
            </w:r>
            <w:proofErr w:type="spellEnd"/>
            <w:r w:rsidRPr="00781623">
              <w:rPr>
                <w:lang w:val="ru-RU"/>
              </w:rPr>
              <w:t xml:space="preserve"> воли, як </w:t>
            </w:r>
            <w:proofErr w:type="spellStart"/>
            <w:r w:rsidRPr="00781623">
              <w:rPr>
                <w:lang w:val="ru-RU"/>
              </w:rPr>
              <w:t>ясла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повні</w:t>
            </w:r>
            <w:proofErr w:type="spellEnd"/>
            <w:r w:rsidRPr="00781623">
              <w:rPr>
                <w:lang w:val="ru-RU"/>
              </w:rPr>
              <w:t xml:space="preserve">?» </w:t>
            </w:r>
            <w:proofErr w:type="spellStart"/>
            <w:r w:rsidRPr="00781623">
              <w:rPr>
                <w:lang w:val="ru-RU"/>
              </w:rPr>
              <w:t>Жіночі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образи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ствердження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народних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поглядів</w:t>
            </w:r>
            <w:proofErr w:type="spellEnd"/>
            <w:r w:rsidRPr="00781623">
              <w:rPr>
                <w:lang w:val="ru-RU"/>
              </w:rPr>
              <w:t xml:space="preserve"> на </w:t>
            </w:r>
            <w:proofErr w:type="spellStart"/>
            <w:r w:rsidRPr="00781623">
              <w:rPr>
                <w:lang w:val="ru-RU"/>
              </w:rPr>
              <w:lastRenderedPageBreak/>
              <w:t>духовне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здоров’я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людини</w:t>
            </w:r>
            <w:proofErr w:type="spellEnd"/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lastRenderedPageBreak/>
              <w:t>11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proofErr w:type="spellStart"/>
            <w:r w:rsidRPr="00781623">
              <w:rPr>
                <w:lang w:val="ru-RU"/>
              </w:rPr>
              <w:t>Контрольна</w:t>
            </w:r>
            <w:proofErr w:type="spellEnd"/>
            <w:r w:rsidRPr="00781623">
              <w:rPr>
                <w:lang w:val="ru-RU"/>
              </w:rPr>
              <w:t xml:space="preserve"> робота №1. «Вступ. </w:t>
            </w:r>
            <w:proofErr w:type="spellStart"/>
            <w:r w:rsidRPr="00781623">
              <w:rPr>
                <w:lang w:val="ru-RU"/>
              </w:rPr>
              <w:t>Реалістична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українська</w:t>
            </w:r>
            <w:proofErr w:type="spellEnd"/>
            <w:r w:rsidRPr="00781623">
              <w:rPr>
                <w:lang w:val="ru-RU"/>
              </w:rPr>
              <w:t xml:space="preserve"> проза. </w:t>
            </w:r>
            <w:proofErr w:type="spellStart"/>
            <w:r w:rsidRPr="00781623">
              <w:rPr>
                <w:lang w:val="ru-RU"/>
              </w:rPr>
              <w:t>Творчість</w:t>
            </w:r>
            <w:proofErr w:type="spellEnd"/>
            <w:r w:rsidRPr="00781623">
              <w:rPr>
                <w:lang w:val="ru-RU"/>
              </w:rPr>
              <w:t xml:space="preserve"> І. </w:t>
            </w:r>
            <w:proofErr w:type="spellStart"/>
            <w:r w:rsidRPr="00781623">
              <w:rPr>
                <w:lang w:val="ru-RU"/>
              </w:rPr>
              <w:t>Нечуя-Левицького</w:t>
            </w:r>
            <w:proofErr w:type="spellEnd"/>
            <w:r w:rsidRPr="00781623">
              <w:rPr>
                <w:lang w:val="ru-RU"/>
              </w:rPr>
              <w:t xml:space="preserve"> і </w:t>
            </w:r>
            <w:proofErr w:type="spellStart"/>
            <w:r w:rsidRPr="00781623">
              <w:rPr>
                <w:lang w:val="ru-RU"/>
              </w:rPr>
              <w:t>П.Мирного</w:t>
            </w:r>
            <w:proofErr w:type="spellEnd"/>
            <w:r w:rsidRPr="00781623">
              <w:rPr>
                <w:lang w:val="ru-RU"/>
              </w:rPr>
              <w:t>» (</w:t>
            </w:r>
            <w:proofErr w:type="spellStart"/>
            <w:r w:rsidRPr="00781623">
              <w:rPr>
                <w:lang w:val="ru-RU"/>
              </w:rPr>
              <w:t>тестові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завдання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запитання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розгорнута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відповідь</w:t>
            </w:r>
            <w:proofErr w:type="spellEnd"/>
            <w:r w:rsidRPr="00781623">
              <w:rPr>
                <w:lang w:val="ru-RU"/>
              </w:rPr>
              <w:t xml:space="preserve"> та </w:t>
            </w:r>
            <w:proofErr w:type="spellStart"/>
            <w:r w:rsidRPr="00781623">
              <w:rPr>
                <w:lang w:val="ru-RU"/>
              </w:rPr>
              <w:t>інші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види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робіт</w:t>
            </w:r>
            <w:proofErr w:type="spellEnd"/>
            <w:r w:rsidRPr="00781623">
              <w:rPr>
                <w:lang w:val="ru-RU"/>
              </w:rPr>
              <w:t>)</w:t>
            </w:r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t>12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r>
              <w:t>«Театр корифеїв»</w:t>
            </w:r>
            <w:r>
              <w:br/>
              <w:t xml:space="preserve">Розвиток драматургії: соціально-побутові та історичні драми й комедії М.Старицького, М.Кропивницького, Панаса Мирного та ін. </w:t>
            </w:r>
            <w:proofErr w:type="spellStart"/>
            <w:r w:rsidRPr="00781623">
              <w:rPr>
                <w:lang w:val="ru-RU"/>
              </w:rPr>
              <w:t>Від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аматорських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гуртків</w:t>
            </w:r>
            <w:proofErr w:type="spellEnd"/>
            <w:r w:rsidRPr="00781623">
              <w:rPr>
                <w:lang w:val="ru-RU"/>
              </w:rPr>
              <w:t xml:space="preserve"> до </w:t>
            </w:r>
            <w:proofErr w:type="spellStart"/>
            <w:r w:rsidRPr="00781623">
              <w:rPr>
                <w:lang w:val="ru-RU"/>
              </w:rPr>
              <w:t>професійного</w:t>
            </w:r>
            <w:proofErr w:type="spellEnd"/>
            <w:r w:rsidRPr="00781623">
              <w:rPr>
                <w:lang w:val="ru-RU"/>
              </w:rPr>
              <w:t xml:space="preserve"> «театру </w:t>
            </w:r>
            <w:proofErr w:type="spellStart"/>
            <w:r w:rsidRPr="00781623">
              <w:rPr>
                <w:lang w:val="ru-RU"/>
              </w:rPr>
              <w:t>корифеїв</w:t>
            </w:r>
            <w:proofErr w:type="spellEnd"/>
            <w:r w:rsidRPr="00781623">
              <w:rPr>
                <w:lang w:val="ru-RU"/>
              </w:rPr>
              <w:t xml:space="preserve">», </w:t>
            </w:r>
            <w:proofErr w:type="spellStart"/>
            <w:r w:rsidRPr="00781623">
              <w:rPr>
                <w:lang w:val="ru-RU"/>
              </w:rPr>
              <w:t>що</w:t>
            </w:r>
            <w:proofErr w:type="spellEnd"/>
            <w:r w:rsidRPr="00781623">
              <w:rPr>
                <w:lang w:val="ru-RU"/>
              </w:rPr>
              <w:t xml:space="preserve"> став «школою </w:t>
            </w:r>
            <w:proofErr w:type="spellStart"/>
            <w:r w:rsidRPr="00781623">
              <w:rPr>
                <w:lang w:val="ru-RU"/>
              </w:rPr>
              <w:t>життя</w:t>
            </w:r>
            <w:proofErr w:type="spellEnd"/>
            <w:r w:rsidRPr="00781623">
              <w:rPr>
                <w:lang w:val="ru-RU"/>
              </w:rPr>
              <w:t>» (</w:t>
            </w:r>
            <w:proofErr w:type="spellStart"/>
            <w:r w:rsidRPr="00781623">
              <w:rPr>
                <w:lang w:val="ru-RU"/>
              </w:rPr>
              <w:t>І.Франко</w:t>
            </w:r>
            <w:proofErr w:type="spellEnd"/>
            <w:r w:rsidRPr="00781623">
              <w:rPr>
                <w:lang w:val="ru-RU"/>
              </w:rPr>
              <w:t xml:space="preserve">). </w:t>
            </w:r>
            <w:proofErr w:type="spellStart"/>
            <w:r w:rsidRPr="00781623">
              <w:rPr>
                <w:lang w:val="ru-RU"/>
              </w:rPr>
              <w:t>Перші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театральні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трупи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М.Кропивницького</w:t>
            </w:r>
            <w:proofErr w:type="spellEnd"/>
            <w:r w:rsidRPr="00781623">
              <w:rPr>
                <w:lang w:val="ru-RU"/>
              </w:rPr>
              <w:t xml:space="preserve"> та </w:t>
            </w:r>
            <w:proofErr w:type="spellStart"/>
            <w:r w:rsidRPr="00781623">
              <w:rPr>
                <w:lang w:val="ru-RU"/>
              </w:rPr>
              <w:t>М.Старицького</w:t>
            </w:r>
            <w:proofErr w:type="spellEnd"/>
            <w:r w:rsidRPr="00781623">
              <w:rPr>
                <w:lang w:val="ru-RU"/>
              </w:rPr>
              <w:t xml:space="preserve">. Родина </w:t>
            </w:r>
            <w:proofErr w:type="spellStart"/>
            <w:r w:rsidRPr="00781623">
              <w:rPr>
                <w:lang w:val="ru-RU"/>
              </w:rPr>
              <w:t>Тобілевичів</w:t>
            </w:r>
            <w:proofErr w:type="spellEnd"/>
            <w:r w:rsidRPr="00781623">
              <w:rPr>
                <w:lang w:val="ru-RU"/>
              </w:rPr>
              <w:t xml:space="preserve"> та </w:t>
            </w:r>
            <w:proofErr w:type="spellStart"/>
            <w:r w:rsidRPr="00781623">
              <w:rPr>
                <w:lang w:val="ru-RU"/>
              </w:rPr>
              <w:t>український</w:t>
            </w:r>
            <w:proofErr w:type="spellEnd"/>
            <w:r w:rsidRPr="00781623">
              <w:rPr>
                <w:lang w:val="ru-RU"/>
              </w:rPr>
              <w:t xml:space="preserve"> театр. </w:t>
            </w:r>
            <w:proofErr w:type="spellStart"/>
            <w:r w:rsidRPr="00781623">
              <w:rPr>
                <w:lang w:val="ru-RU"/>
              </w:rPr>
              <w:t>Популярність</w:t>
            </w:r>
            <w:proofErr w:type="spellEnd"/>
            <w:r w:rsidRPr="00781623">
              <w:rPr>
                <w:lang w:val="ru-RU"/>
              </w:rPr>
              <w:t xml:space="preserve"> «театру </w:t>
            </w:r>
            <w:proofErr w:type="spellStart"/>
            <w:r w:rsidRPr="00781623">
              <w:rPr>
                <w:lang w:val="ru-RU"/>
              </w:rPr>
              <w:t>корифеїв</w:t>
            </w:r>
            <w:proofErr w:type="spellEnd"/>
            <w:r w:rsidRPr="00781623">
              <w:rPr>
                <w:lang w:val="ru-RU"/>
              </w:rPr>
              <w:t xml:space="preserve">» в </w:t>
            </w:r>
            <w:proofErr w:type="spellStart"/>
            <w:r w:rsidRPr="00781623">
              <w:rPr>
                <w:lang w:val="ru-RU"/>
              </w:rPr>
              <w:t>Україні</w:t>
            </w:r>
            <w:proofErr w:type="spellEnd"/>
            <w:r w:rsidRPr="00781623">
              <w:rPr>
                <w:lang w:val="ru-RU"/>
              </w:rPr>
              <w:t xml:space="preserve"> та за </w:t>
            </w:r>
            <w:proofErr w:type="spellStart"/>
            <w:r w:rsidRPr="00781623">
              <w:rPr>
                <w:lang w:val="ru-RU"/>
              </w:rPr>
              <w:t>її</w:t>
            </w:r>
            <w:proofErr w:type="spellEnd"/>
            <w:r w:rsidRPr="00781623">
              <w:rPr>
                <w:lang w:val="ru-RU"/>
              </w:rPr>
              <w:t xml:space="preserve"> межами. Перша народна артистка </w:t>
            </w:r>
            <w:proofErr w:type="spellStart"/>
            <w:r w:rsidRPr="00781623">
              <w:rPr>
                <w:lang w:val="ru-RU"/>
              </w:rPr>
              <w:t>України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Марія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Заньковецька</w:t>
            </w:r>
            <w:proofErr w:type="spellEnd"/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t>13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proofErr w:type="spellStart"/>
            <w:r w:rsidRPr="00781623">
              <w:rPr>
                <w:lang w:val="ru-RU"/>
              </w:rPr>
              <w:t>Іван</w:t>
            </w:r>
            <w:proofErr w:type="spellEnd"/>
            <w:r w:rsidRPr="00781623">
              <w:rPr>
                <w:lang w:val="ru-RU"/>
              </w:rPr>
              <w:t xml:space="preserve"> </w:t>
            </w:r>
            <w:r w:rsidRPr="00781623">
              <w:rPr>
                <w:lang w:val="ru-RU"/>
              </w:rPr>
              <w:t xml:space="preserve">Карпенко-Карий (І. </w:t>
            </w:r>
            <w:proofErr w:type="spellStart"/>
            <w:r w:rsidRPr="00781623">
              <w:rPr>
                <w:lang w:val="ru-RU"/>
              </w:rPr>
              <w:t>Тобілевич</w:t>
            </w:r>
            <w:proofErr w:type="spellEnd"/>
            <w:r w:rsidRPr="00781623">
              <w:rPr>
                <w:lang w:val="ru-RU"/>
              </w:rPr>
              <w:t xml:space="preserve">). </w:t>
            </w:r>
            <w:proofErr w:type="spellStart"/>
            <w:r w:rsidRPr="00781623">
              <w:rPr>
                <w:lang w:val="ru-RU"/>
              </w:rPr>
              <w:t>Основне</w:t>
            </w:r>
            <w:proofErr w:type="spellEnd"/>
            <w:r w:rsidRPr="00781623">
              <w:rPr>
                <w:lang w:val="ru-RU"/>
              </w:rPr>
              <w:t xml:space="preserve"> про </w:t>
            </w:r>
            <w:proofErr w:type="spellStart"/>
            <w:r w:rsidRPr="00781623">
              <w:rPr>
                <w:lang w:val="ru-RU"/>
              </w:rPr>
              <w:t>життєвий</w:t>
            </w:r>
            <w:proofErr w:type="spellEnd"/>
            <w:r w:rsidRPr="00781623">
              <w:rPr>
                <w:lang w:val="ru-RU"/>
              </w:rPr>
              <w:t xml:space="preserve"> і </w:t>
            </w:r>
            <w:proofErr w:type="spellStart"/>
            <w:r w:rsidRPr="00781623">
              <w:rPr>
                <w:lang w:val="ru-RU"/>
              </w:rPr>
              <w:t>творчий</w:t>
            </w:r>
            <w:proofErr w:type="spellEnd"/>
            <w:r w:rsidRPr="00781623">
              <w:rPr>
                <w:lang w:val="ru-RU"/>
              </w:rPr>
              <w:t xml:space="preserve"> шлях </w:t>
            </w:r>
            <w:proofErr w:type="spellStart"/>
            <w:r w:rsidRPr="00781623">
              <w:rPr>
                <w:lang w:val="ru-RU"/>
              </w:rPr>
              <w:t>митця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світогляд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багатогранність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діяльності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Жанрова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різноманітність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творів</w:t>
            </w:r>
            <w:proofErr w:type="spellEnd"/>
            <w:r w:rsidRPr="00781623">
              <w:rPr>
                <w:lang w:val="ru-RU"/>
              </w:rPr>
              <w:t xml:space="preserve">. І. Карпенко-Карий і «театр </w:t>
            </w:r>
            <w:proofErr w:type="spellStart"/>
            <w:r w:rsidRPr="00781623">
              <w:rPr>
                <w:lang w:val="ru-RU"/>
              </w:rPr>
              <w:t>корифеїв</w:t>
            </w:r>
            <w:proofErr w:type="spellEnd"/>
            <w:r w:rsidRPr="00781623">
              <w:rPr>
                <w:lang w:val="ru-RU"/>
              </w:rPr>
              <w:t xml:space="preserve">». </w:t>
            </w:r>
            <w:proofErr w:type="spellStart"/>
            <w:r w:rsidRPr="00781623">
              <w:rPr>
                <w:lang w:val="ru-RU"/>
              </w:rPr>
              <w:t>Драматургічне</w:t>
            </w:r>
            <w:proofErr w:type="spellEnd"/>
            <w:r w:rsidRPr="00781623">
              <w:rPr>
                <w:lang w:val="ru-RU"/>
              </w:rPr>
              <w:t xml:space="preserve"> новаторство </w:t>
            </w:r>
            <w:proofErr w:type="spellStart"/>
            <w:r w:rsidRPr="00781623">
              <w:rPr>
                <w:lang w:val="ru-RU"/>
              </w:rPr>
              <w:t>письменника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Комедія</w:t>
            </w:r>
            <w:proofErr w:type="spellEnd"/>
            <w:r w:rsidRPr="00781623">
              <w:rPr>
                <w:lang w:val="ru-RU"/>
              </w:rPr>
              <w:t xml:space="preserve"> «Мартин </w:t>
            </w:r>
            <w:proofErr w:type="spellStart"/>
            <w:r w:rsidRPr="00781623">
              <w:rPr>
                <w:lang w:val="ru-RU"/>
              </w:rPr>
              <w:t>Боруля</w:t>
            </w:r>
            <w:proofErr w:type="spellEnd"/>
            <w:r w:rsidRPr="00781623">
              <w:rPr>
                <w:lang w:val="ru-RU"/>
              </w:rPr>
              <w:t xml:space="preserve">», </w:t>
            </w:r>
            <w:proofErr w:type="spellStart"/>
            <w:r w:rsidRPr="00781623">
              <w:rPr>
                <w:lang w:val="ru-RU"/>
              </w:rPr>
              <w:t>її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сценіч</w:t>
            </w:r>
            <w:r w:rsidRPr="00781623">
              <w:rPr>
                <w:lang w:val="ru-RU"/>
              </w:rPr>
              <w:t>на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історія</w:t>
            </w:r>
            <w:proofErr w:type="spellEnd"/>
            <w:r w:rsidRPr="00781623">
              <w:rPr>
                <w:lang w:val="ru-RU"/>
              </w:rPr>
              <w:t xml:space="preserve">. Дворянство як </w:t>
            </w:r>
            <w:proofErr w:type="spellStart"/>
            <w:r w:rsidRPr="00781623">
              <w:rPr>
                <w:lang w:val="ru-RU"/>
              </w:rPr>
              <w:t>міф</w:t>
            </w:r>
            <w:proofErr w:type="spellEnd"/>
            <w:r w:rsidRPr="00781623">
              <w:rPr>
                <w:lang w:val="ru-RU"/>
              </w:rPr>
              <w:t xml:space="preserve"> про </w:t>
            </w:r>
            <w:proofErr w:type="spellStart"/>
            <w:r w:rsidRPr="00781623">
              <w:rPr>
                <w:lang w:val="ru-RU"/>
              </w:rPr>
              <w:t>краще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життя</w:t>
            </w:r>
            <w:proofErr w:type="spellEnd"/>
            <w:r w:rsidRPr="00781623">
              <w:rPr>
                <w:lang w:val="ru-RU"/>
              </w:rPr>
              <w:br/>
              <w:t xml:space="preserve">ТЛ: </w:t>
            </w:r>
            <w:proofErr w:type="spellStart"/>
            <w:r w:rsidRPr="00781623">
              <w:rPr>
                <w:lang w:val="ru-RU"/>
              </w:rPr>
              <w:t>комедія</w:t>
            </w:r>
            <w:proofErr w:type="spellEnd"/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14</w:t>
            </w:r>
          </w:p>
        </w:tc>
        <w:tc>
          <w:tcPr>
            <w:tcW w:w="5669" w:type="dxa"/>
          </w:tcPr>
          <w:p w:rsidR="00622508" w:rsidRDefault="002B2B48">
            <w:proofErr w:type="spellStart"/>
            <w:r w:rsidRPr="00781623">
              <w:rPr>
                <w:lang w:val="ru-RU"/>
              </w:rPr>
              <w:t>Іван</w:t>
            </w:r>
            <w:proofErr w:type="spellEnd"/>
            <w:r w:rsidRPr="00781623">
              <w:rPr>
                <w:lang w:val="ru-RU"/>
              </w:rPr>
              <w:t xml:space="preserve"> Карпенко-Карий. «Мартин </w:t>
            </w:r>
            <w:proofErr w:type="spellStart"/>
            <w:r w:rsidRPr="00781623">
              <w:rPr>
                <w:lang w:val="ru-RU"/>
              </w:rPr>
              <w:t>Боруля</w:t>
            </w:r>
            <w:proofErr w:type="spellEnd"/>
            <w:r w:rsidRPr="00781623">
              <w:rPr>
                <w:lang w:val="ru-RU"/>
              </w:rPr>
              <w:t xml:space="preserve">». </w:t>
            </w:r>
            <w:proofErr w:type="spellStart"/>
            <w:r w:rsidRPr="00781623">
              <w:rPr>
                <w:lang w:val="ru-RU"/>
              </w:rPr>
              <w:t>Підміна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особистісних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етичних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цінностей</w:t>
            </w:r>
            <w:proofErr w:type="spellEnd"/>
            <w:r w:rsidRPr="00781623">
              <w:rPr>
                <w:lang w:val="ru-RU"/>
              </w:rPr>
              <w:t xml:space="preserve"> (</w:t>
            </w:r>
            <w:proofErr w:type="spellStart"/>
            <w:r w:rsidRPr="00781623">
              <w:rPr>
                <w:lang w:val="ru-RU"/>
              </w:rPr>
              <w:t>чесності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порядності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працелюбства</w:t>
            </w:r>
            <w:proofErr w:type="spellEnd"/>
            <w:r w:rsidRPr="00781623">
              <w:rPr>
                <w:lang w:val="ru-RU"/>
              </w:rPr>
              <w:t xml:space="preserve">) становою </w:t>
            </w:r>
            <w:proofErr w:type="spellStart"/>
            <w:r w:rsidRPr="00781623">
              <w:rPr>
                <w:lang w:val="ru-RU"/>
              </w:rPr>
              <w:t>приналежністю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>
              <w:t>Психологічна</w:t>
            </w:r>
            <w:proofErr w:type="spellEnd"/>
            <w:r>
              <w:t xml:space="preserve"> </w:t>
            </w:r>
            <w:proofErr w:type="spellStart"/>
            <w:r>
              <w:t>переконливість</w:t>
            </w:r>
            <w:proofErr w:type="spellEnd"/>
            <w:r>
              <w:t xml:space="preserve"> </w:t>
            </w:r>
            <w:proofErr w:type="spellStart"/>
            <w:r>
              <w:t>розкриття</w:t>
            </w:r>
            <w:proofErr w:type="spellEnd"/>
            <w:r>
              <w:t xml:space="preserve"> </w:t>
            </w:r>
            <w:proofErr w:type="spellStart"/>
            <w:r>
              <w:t>образу</w:t>
            </w:r>
            <w:proofErr w:type="spellEnd"/>
            <w:r>
              <w:t xml:space="preserve"> Мартина </w:t>
            </w:r>
            <w:r>
              <w:t>Борулі</w:t>
            </w:r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622508"/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t>15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proofErr w:type="spellStart"/>
            <w:r w:rsidRPr="00781623">
              <w:rPr>
                <w:lang w:val="ru-RU"/>
              </w:rPr>
              <w:t>Іван</w:t>
            </w:r>
            <w:proofErr w:type="spellEnd"/>
            <w:r w:rsidRPr="00781623">
              <w:rPr>
                <w:lang w:val="ru-RU"/>
              </w:rPr>
              <w:t xml:space="preserve"> Карпенко-Карий. </w:t>
            </w:r>
            <w:proofErr w:type="spellStart"/>
            <w:r w:rsidRPr="00781623">
              <w:rPr>
                <w:lang w:val="ru-RU"/>
              </w:rPr>
              <w:t>Значення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творчості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І.Карпенка-Карого</w:t>
            </w:r>
            <w:proofErr w:type="spellEnd"/>
            <w:r w:rsidRPr="00781623">
              <w:rPr>
                <w:lang w:val="ru-RU"/>
              </w:rPr>
              <w:t xml:space="preserve"> для </w:t>
            </w:r>
            <w:proofErr w:type="spellStart"/>
            <w:r w:rsidRPr="00781623">
              <w:rPr>
                <w:lang w:val="ru-RU"/>
              </w:rPr>
              <w:t>розвитку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української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драматургії</w:t>
            </w:r>
            <w:proofErr w:type="spellEnd"/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t>16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r w:rsidRPr="00781623">
              <w:rPr>
                <w:lang w:val="ru-RU"/>
              </w:rPr>
              <w:t>Титан духу і думки</w:t>
            </w:r>
            <w:r w:rsidRPr="00781623">
              <w:rPr>
                <w:lang w:val="ru-RU"/>
              </w:rPr>
              <w:br/>
            </w:r>
            <w:proofErr w:type="spellStart"/>
            <w:r w:rsidRPr="00781623">
              <w:rPr>
                <w:lang w:val="ru-RU"/>
              </w:rPr>
              <w:t>Іван</w:t>
            </w:r>
            <w:proofErr w:type="spellEnd"/>
            <w:r w:rsidRPr="00781623">
              <w:rPr>
                <w:lang w:val="ru-RU"/>
              </w:rPr>
              <w:t xml:space="preserve"> Франко. </w:t>
            </w:r>
            <w:proofErr w:type="spellStart"/>
            <w:r w:rsidRPr="00781623">
              <w:rPr>
                <w:lang w:val="ru-RU"/>
              </w:rPr>
              <w:t>Письменник</w:t>
            </w:r>
            <w:proofErr w:type="spellEnd"/>
            <w:r w:rsidRPr="00781623">
              <w:rPr>
                <w:lang w:val="ru-RU"/>
              </w:rPr>
              <w:t xml:space="preserve">, учений, </w:t>
            </w:r>
            <w:proofErr w:type="spellStart"/>
            <w:r w:rsidRPr="00781623">
              <w:rPr>
                <w:lang w:val="ru-RU"/>
              </w:rPr>
              <w:t>громадський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діяч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перекладач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публіцист</w:t>
            </w:r>
            <w:proofErr w:type="spellEnd"/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t>17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proofErr w:type="spellStart"/>
            <w:r w:rsidRPr="00781623">
              <w:rPr>
                <w:lang w:val="ru-RU"/>
              </w:rPr>
              <w:t>Іван</w:t>
            </w:r>
            <w:proofErr w:type="spellEnd"/>
            <w:r w:rsidRPr="00781623">
              <w:rPr>
                <w:lang w:val="ru-RU"/>
              </w:rPr>
              <w:t xml:space="preserve"> Франко. </w:t>
            </w:r>
            <w:proofErr w:type="spellStart"/>
            <w:r w:rsidRPr="00781623">
              <w:rPr>
                <w:lang w:val="ru-RU"/>
              </w:rPr>
              <w:t>Лірика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збірки</w:t>
            </w:r>
            <w:proofErr w:type="spellEnd"/>
            <w:r w:rsidRPr="00781623">
              <w:rPr>
                <w:lang w:val="ru-RU"/>
              </w:rPr>
              <w:t xml:space="preserve"> «З вершин і низин</w:t>
            </w:r>
            <w:r w:rsidRPr="00781623">
              <w:rPr>
                <w:lang w:val="ru-RU"/>
              </w:rPr>
              <w:t xml:space="preserve">». </w:t>
            </w:r>
            <w:proofErr w:type="spellStart"/>
            <w:r w:rsidRPr="00781623">
              <w:rPr>
                <w:lang w:val="ru-RU"/>
              </w:rPr>
              <w:t>Загальне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уявлення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r w:rsidRPr="00781623">
              <w:rPr>
                <w:lang w:val="ru-RU"/>
              </w:rPr>
              <w:lastRenderedPageBreak/>
              <w:t xml:space="preserve">про </w:t>
            </w:r>
            <w:proofErr w:type="spellStart"/>
            <w:r w:rsidRPr="00781623">
              <w:rPr>
                <w:lang w:val="ru-RU"/>
              </w:rPr>
              <w:t>композицію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збірки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Творчість</w:t>
            </w:r>
            <w:proofErr w:type="spellEnd"/>
            <w:r w:rsidRPr="00781623">
              <w:rPr>
                <w:lang w:val="ru-RU"/>
              </w:rPr>
              <w:t xml:space="preserve"> великих </w:t>
            </w:r>
            <w:proofErr w:type="spellStart"/>
            <w:r w:rsidRPr="00781623">
              <w:rPr>
                <w:lang w:val="ru-RU"/>
              </w:rPr>
              <w:t>майстрів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Відродження</w:t>
            </w:r>
            <w:proofErr w:type="spellEnd"/>
            <w:r w:rsidRPr="00781623">
              <w:rPr>
                <w:lang w:val="ru-RU"/>
              </w:rPr>
              <w:t xml:space="preserve">; символ </w:t>
            </w:r>
            <w:proofErr w:type="spellStart"/>
            <w:r w:rsidRPr="00781623">
              <w:rPr>
                <w:lang w:val="ru-RU"/>
              </w:rPr>
              <w:t>вічної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жіночності</w:t>
            </w:r>
            <w:proofErr w:type="spellEnd"/>
            <w:r w:rsidRPr="00781623">
              <w:rPr>
                <w:lang w:val="ru-RU"/>
              </w:rPr>
              <w:t xml:space="preserve">, материнства, </w:t>
            </w:r>
            <w:proofErr w:type="spellStart"/>
            <w:r w:rsidRPr="00781623">
              <w:rPr>
                <w:lang w:val="ru-RU"/>
              </w:rPr>
              <w:t>краси</w:t>
            </w:r>
            <w:proofErr w:type="spellEnd"/>
            <w:r w:rsidRPr="00781623">
              <w:rPr>
                <w:lang w:val="ru-RU"/>
              </w:rPr>
              <w:t xml:space="preserve">; </w:t>
            </w:r>
            <w:proofErr w:type="spellStart"/>
            <w:r w:rsidRPr="00781623">
              <w:rPr>
                <w:lang w:val="ru-RU"/>
              </w:rPr>
              <w:t>суперечки</w:t>
            </w:r>
            <w:proofErr w:type="spellEnd"/>
            <w:r w:rsidRPr="00781623">
              <w:rPr>
                <w:lang w:val="ru-RU"/>
              </w:rPr>
              <w:t xml:space="preserve"> про роль </w:t>
            </w:r>
            <w:proofErr w:type="spellStart"/>
            <w:r w:rsidRPr="00781623">
              <w:rPr>
                <w:lang w:val="ru-RU"/>
              </w:rPr>
              <w:t>краси</w:t>
            </w:r>
            <w:proofErr w:type="spellEnd"/>
            <w:r w:rsidRPr="00781623">
              <w:rPr>
                <w:lang w:val="ru-RU"/>
              </w:rPr>
              <w:t xml:space="preserve"> і </w:t>
            </w:r>
            <w:proofErr w:type="spellStart"/>
            <w:r w:rsidRPr="00781623">
              <w:rPr>
                <w:lang w:val="ru-RU"/>
              </w:rPr>
              <w:t>користі</w:t>
            </w:r>
            <w:proofErr w:type="spellEnd"/>
            <w:r w:rsidRPr="00781623">
              <w:rPr>
                <w:lang w:val="ru-RU"/>
              </w:rPr>
              <w:t xml:space="preserve"> («</w:t>
            </w:r>
            <w:proofErr w:type="spellStart"/>
            <w:r w:rsidRPr="00781623">
              <w:rPr>
                <w:lang w:val="ru-RU"/>
              </w:rPr>
              <w:t>Сікстинська</w:t>
            </w:r>
            <w:proofErr w:type="spellEnd"/>
            <w:r w:rsidRPr="00781623">
              <w:rPr>
                <w:lang w:val="ru-RU"/>
              </w:rPr>
              <w:t xml:space="preserve"> мадонна»)</w:t>
            </w:r>
            <w:r w:rsidRPr="00781623">
              <w:rPr>
                <w:lang w:val="ru-RU"/>
              </w:rPr>
              <w:br/>
              <w:t>ТЛ: сонет</w:t>
            </w:r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lastRenderedPageBreak/>
              <w:t>18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proofErr w:type="spellStart"/>
            <w:r w:rsidRPr="00781623">
              <w:rPr>
                <w:lang w:val="ru-RU"/>
              </w:rPr>
              <w:t>Іван</w:t>
            </w:r>
            <w:proofErr w:type="spellEnd"/>
            <w:r w:rsidRPr="00781623">
              <w:rPr>
                <w:lang w:val="ru-RU"/>
              </w:rPr>
              <w:t xml:space="preserve"> Франко. </w:t>
            </w:r>
            <w:proofErr w:type="spellStart"/>
            <w:r w:rsidRPr="00781623">
              <w:rPr>
                <w:lang w:val="ru-RU"/>
              </w:rPr>
              <w:t>Франкова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концепція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поступу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людства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вираження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незламного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оптимізму</w:t>
            </w:r>
            <w:proofErr w:type="spellEnd"/>
            <w:r w:rsidRPr="00781623">
              <w:rPr>
                <w:lang w:val="ru-RU"/>
              </w:rPr>
              <w:t xml:space="preserve"> («</w:t>
            </w:r>
            <w:proofErr w:type="spellStart"/>
            <w:r w:rsidRPr="00781623">
              <w:rPr>
                <w:lang w:val="ru-RU"/>
              </w:rPr>
              <w:t>Гімн</w:t>
            </w:r>
            <w:proofErr w:type="spellEnd"/>
            <w:r w:rsidRPr="00781623">
              <w:rPr>
                <w:lang w:val="ru-RU"/>
              </w:rPr>
              <w:t>» («</w:t>
            </w:r>
            <w:proofErr w:type="spellStart"/>
            <w:r w:rsidRPr="00781623">
              <w:rPr>
                <w:lang w:val="ru-RU"/>
              </w:rPr>
              <w:t>Замість</w:t>
            </w:r>
            <w:proofErr w:type="spellEnd"/>
            <w:r w:rsidRPr="00781623">
              <w:rPr>
                <w:lang w:val="ru-RU"/>
              </w:rPr>
              <w:t xml:space="preserve"> пролога»))</w:t>
            </w:r>
            <w:r w:rsidRPr="00781623">
              <w:rPr>
                <w:lang w:val="ru-RU"/>
              </w:rPr>
              <w:br/>
              <w:t xml:space="preserve">ТЛ: </w:t>
            </w:r>
            <w:proofErr w:type="spellStart"/>
            <w:r w:rsidRPr="00781623">
              <w:rPr>
                <w:lang w:val="ru-RU"/>
              </w:rPr>
              <w:t>гімн</w:t>
            </w:r>
            <w:proofErr w:type="spellEnd"/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19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proofErr w:type="spellStart"/>
            <w:r w:rsidRPr="00781623">
              <w:rPr>
                <w:lang w:val="ru-RU"/>
              </w:rPr>
              <w:t>Іван</w:t>
            </w:r>
            <w:proofErr w:type="spellEnd"/>
            <w:r w:rsidRPr="00781623">
              <w:rPr>
                <w:lang w:val="ru-RU"/>
              </w:rPr>
              <w:t xml:space="preserve"> Франко. </w:t>
            </w:r>
            <w:proofErr w:type="spellStart"/>
            <w:r w:rsidRPr="00781623">
              <w:rPr>
                <w:lang w:val="ru-RU"/>
              </w:rPr>
              <w:t>Поетична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збірка</w:t>
            </w:r>
            <w:proofErr w:type="spellEnd"/>
            <w:r w:rsidRPr="00781623">
              <w:rPr>
                <w:lang w:val="ru-RU"/>
              </w:rPr>
              <w:t xml:space="preserve"> «</w:t>
            </w:r>
            <w:proofErr w:type="spellStart"/>
            <w:r w:rsidRPr="00781623">
              <w:rPr>
                <w:lang w:val="ru-RU"/>
              </w:rPr>
              <w:t>Зів’яле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листя</w:t>
            </w:r>
            <w:proofErr w:type="spellEnd"/>
            <w:r w:rsidRPr="00781623">
              <w:rPr>
                <w:lang w:val="ru-RU"/>
              </w:rPr>
              <w:t xml:space="preserve">», </w:t>
            </w:r>
            <w:proofErr w:type="spellStart"/>
            <w:r w:rsidRPr="00781623">
              <w:rPr>
                <w:lang w:val="ru-RU"/>
              </w:rPr>
              <w:t>загальне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уявлення</w:t>
            </w:r>
            <w:proofErr w:type="spellEnd"/>
            <w:r w:rsidRPr="00781623">
              <w:rPr>
                <w:lang w:val="ru-RU"/>
              </w:rPr>
              <w:t xml:space="preserve"> про </w:t>
            </w:r>
            <w:proofErr w:type="spellStart"/>
            <w:r w:rsidRPr="00781623">
              <w:rPr>
                <w:lang w:val="ru-RU"/>
              </w:rPr>
              <w:t>її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композицію</w:t>
            </w:r>
            <w:proofErr w:type="spellEnd"/>
            <w:r w:rsidRPr="00781623">
              <w:rPr>
                <w:lang w:val="ru-RU"/>
              </w:rPr>
              <w:t xml:space="preserve">. «Ой </w:t>
            </w:r>
            <w:proofErr w:type="spellStart"/>
            <w:r w:rsidRPr="00781623">
              <w:rPr>
                <w:lang w:val="ru-RU"/>
              </w:rPr>
              <w:t>ти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дівчино</w:t>
            </w:r>
            <w:proofErr w:type="spellEnd"/>
            <w:r w:rsidRPr="00781623">
              <w:rPr>
                <w:lang w:val="ru-RU"/>
              </w:rPr>
              <w:t xml:space="preserve">, з </w:t>
            </w:r>
            <w:proofErr w:type="spellStart"/>
            <w:r w:rsidRPr="00781623">
              <w:rPr>
                <w:lang w:val="ru-RU"/>
              </w:rPr>
              <w:t>горіха</w:t>
            </w:r>
            <w:proofErr w:type="spellEnd"/>
            <w:r w:rsidRPr="00781623">
              <w:rPr>
                <w:lang w:val="ru-RU"/>
              </w:rPr>
              <w:t xml:space="preserve"> зерня». </w:t>
            </w:r>
            <w:proofErr w:type="spellStart"/>
            <w:r w:rsidRPr="00781623">
              <w:rPr>
                <w:lang w:val="ru-RU"/>
              </w:rPr>
              <w:t>Місце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любовної</w:t>
            </w:r>
            <w:proofErr w:type="spellEnd"/>
            <w:r w:rsidRPr="00781623">
              <w:rPr>
                <w:lang w:val="ru-RU"/>
              </w:rPr>
              <w:t xml:space="preserve"> теми у </w:t>
            </w:r>
            <w:proofErr w:type="spellStart"/>
            <w:r w:rsidRPr="00781623">
              <w:rPr>
                <w:lang w:val="ru-RU"/>
              </w:rPr>
              <w:t>творчості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І.Франка</w:t>
            </w:r>
            <w:proofErr w:type="spellEnd"/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Default="002B2B48">
            <w:proofErr w:type="spellStart"/>
            <w:r>
              <w:t>Напам’ять</w:t>
            </w:r>
            <w:proofErr w:type="spellEnd"/>
            <w:r>
              <w:t xml:space="preserve">: 1 </w:t>
            </w:r>
            <w:proofErr w:type="spellStart"/>
            <w:r>
              <w:t>поезію</w:t>
            </w:r>
            <w:proofErr w:type="spellEnd"/>
            <w:r>
              <w:t xml:space="preserve"> (</w:t>
            </w:r>
            <w:proofErr w:type="spellStart"/>
            <w:r>
              <w:t>н</w:t>
            </w:r>
            <w:r>
              <w:t>а</w:t>
            </w:r>
            <w:proofErr w:type="spellEnd"/>
            <w:r>
              <w:t xml:space="preserve"> вибір)</w:t>
            </w:r>
          </w:p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t>20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proofErr w:type="spellStart"/>
            <w:r w:rsidRPr="00781623">
              <w:rPr>
                <w:lang w:val="ru-RU"/>
              </w:rPr>
              <w:t>Іван</w:t>
            </w:r>
            <w:proofErr w:type="spellEnd"/>
            <w:r w:rsidRPr="00781623">
              <w:rPr>
                <w:lang w:val="ru-RU"/>
              </w:rPr>
              <w:t xml:space="preserve"> Франко. </w:t>
            </w:r>
            <w:proofErr w:type="spellStart"/>
            <w:r w:rsidRPr="00781623">
              <w:rPr>
                <w:lang w:val="ru-RU"/>
              </w:rPr>
              <w:t>Поетична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збірка</w:t>
            </w:r>
            <w:proofErr w:type="spellEnd"/>
            <w:r w:rsidRPr="00781623">
              <w:rPr>
                <w:lang w:val="ru-RU"/>
              </w:rPr>
              <w:t xml:space="preserve"> «</w:t>
            </w:r>
            <w:proofErr w:type="spellStart"/>
            <w:r w:rsidRPr="00781623">
              <w:rPr>
                <w:lang w:val="ru-RU"/>
              </w:rPr>
              <w:t>Зів’яле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листя</w:t>
            </w:r>
            <w:proofErr w:type="spellEnd"/>
            <w:r w:rsidRPr="00781623">
              <w:rPr>
                <w:lang w:val="ru-RU"/>
              </w:rPr>
              <w:t>». «</w:t>
            </w:r>
            <w:proofErr w:type="spellStart"/>
            <w:r w:rsidRPr="00781623">
              <w:rPr>
                <w:lang w:val="ru-RU"/>
              </w:rPr>
              <w:t>Чого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являєшся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мені</w:t>
            </w:r>
            <w:proofErr w:type="spellEnd"/>
            <w:r w:rsidRPr="00781623">
              <w:rPr>
                <w:lang w:val="ru-RU"/>
              </w:rPr>
              <w:t xml:space="preserve">...». </w:t>
            </w:r>
            <w:proofErr w:type="spellStart"/>
            <w:r w:rsidRPr="00781623">
              <w:rPr>
                <w:lang w:val="ru-RU"/>
              </w:rPr>
              <w:t>Життєві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імпульси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появи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творів</w:t>
            </w:r>
            <w:proofErr w:type="spellEnd"/>
            <w:r w:rsidRPr="00781623">
              <w:rPr>
                <w:lang w:val="ru-RU"/>
              </w:rPr>
              <w:t xml:space="preserve"> (</w:t>
            </w:r>
            <w:proofErr w:type="spellStart"/>
            <w:r w:rsidRPr="00781623">
              <w:rPr>
                <w:lang w:val="ru-RU"/>
              </w:rPr>
              <w:t>автобіографічність</w:t>
            </w:r>
            <w:proofErr w:type="spellEnd"/>
            <w:r w:rsidRPr="00781623">
              <w:rPr>
                <w:lang w:val="ru-RU"/>
              </w:rPr>
              <w:t xml:space="preserve">). Широка </w:t>
            </w:r>
            <w:proofErr w:type="spellStart"/>
            <w:r w:rsidRPr="00781623">
              <w:rPr>
                <w:lang w:val="ru-RU"/>
              </w:rPr>
              <w:t>емоційна</w:t>
            </w:r>
            <w:proofErr w:type="spellEnd"/>
            <w:r w:rsidRPr="00781623">
              <w:rPr>
                <w:lang w:val="ru-RU"/>
              </w:rPr>
              <w:t xml:space="preserve"> гама </w:t>
            </w:r>
            <w:proofErr w:type="spellStart"/>
            <w:r w:rsidRPr="00781623">
              <w:rPr>
                <w:lang w:val="ru-RU"/>
              </w:rPr>
              <w:t>почуттів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ліричного</w:t>
            </w:r>
            <w:proofErr w:type="spellEnd"/>
            <w:r w:rsidRPr="00781623">
              <w:rPr>
                <w:lang w:val="ru-RU"/>
              </w:rPr>
              <w:t xml:space="preserve"> героя, </w:t>
            </w:r>
            <w:proofErr w:type="spellStart"/>
            <w:r w:rsidRPr="00781623">
              <w:rPr>
                <w:lang w:val="ru-RU"/>
              </w:rPr>
              <w:t>ствердження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невмирущості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почуттів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ідеалу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кохання</w:t>
            </w:r>
            <w:proofErr w:type="spellEnd"/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t>21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proofErr w:type="spellStart"/>
            <w:r w:rsidRPr="00781623">
              <w:rPr>
                <w:lang w:val="ru-RU"/>
              </w:rPr>
              <w:t>Контрольна</w:t>
            </w:r>
            <w:proofErr w:type="spellEnd"/>
            <w:r w:rsidRPr="00781623">
              <w:rPr>
                <w:lang w:val="ru-RU"/>
              </w:rPr>
              <w:t xml:space="preserve"> робота</w:t>
            </w:r>
            <w:r w:rsidRPr="00781623">
              <w:rPr>
                <w:lang w:val="ru-RU"/>
              </w:rPr>
              <w:t xml:space="preserve"> №2. </w:t>
            </w:r>
            <w:proofErr w:type="spellStart"/>
            <w:r w:rsidRPr="00781623">
              <w:rPr>
                <w:lang w:val="ru-RU"/>
              </w:rPr>
              <w:t>Письмовий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твір</w:t>
            </w:r>
            <w:proofErr w:type="spellEnd"/>
            <w:r w:rsidRPr="00781623">
              <w:rPr>
                <w:lang w:val="ru-RU"/>
              </w:rPr>
              <w:t xml:space="preserve"> за </w:t>
            </w:r>
            <w:proofErr w:type="spellStart"/>
            <w:r w:rsidRPr="00781623">
              <w:rPr>
                <w:lang w:val="ru-RU"/>
              </w:rPr>
              <w:t>однією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із</w:t>
            </w:r>
            <w:proofErr w:type="spellEnd"/>
            <w:r w:rsidRPr="00781623">
              <w:rPr>
                <w:lang w:val="ru-RU"/>
              </w:rPr>
              <w:t xml:space="preserve"> тем «</w:t>
            </w:r>
            <w:proofErr w:type="spellStart"/>
            <w:r w:rsidRPr="00781623">
              <w:rPr>
                <w:lang w:val="ru-RU"/>
              </w:rPr>
              <w:t>Компроміс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переконань</w:t>
            </w:r>
            <w:proofErr w:type="spellEnd"/>
            <w:r w:rsidRPr="00781623">
              <w:rPr>
                <w:lang w:val="ru-RU"/>
              </w:rPr>
              <w:t xml:space="preserve"> – шлях до </w:t>
            </w:r>
            <w:proofErr w:type="spellStart"/>
            <w:r w:rsidRPr="00781623">
              <w:rPr>
                <w:lang w:val="ru-RU"/>
              </w:rPr>
              <w:t>зради</w:t>
            </w:r>
            <w:proofErr w:type="spellEnd"/>
            <w:r w:rsidRPr="00781623">
              <w:rPr>
                <w:lang w:val="ru-RU"/>
              </w:rPr>
              <w:t xml:space="preserve">» (за </w:t>
            </w:r>
            <w:proofErr w:type="spellStart"/>
            <w:r w:rsidRPr="00781623">
              <w:rPr>
                <w:lang w:val="ru-RU"/>
              </w:rPr>
              <w:t>комедією</w:t>
            </w:r>
            <w:proofErr w:type="spellEnd"/>
            <w:r w:rsidRPr="00781623">
              <w:rPr>
                <w:lang w:val="ru-RU"/>
              </w:rPr>
              <w:t xml:space="preserve"> «Мартин </w:t>
            </w:r>
            <w:proofErr w:type="spellStart"/>
            <w:r w:rsidRPr="00781623">
              <w:rPr>
                <w:lang w:val="ru-RU"/>
              </w:rPr>
              <w:t>Боруля</w:t>
            </w:r>
            <w:proofErr w:type="spellEnd"/>
            <w:r w:rsidRPr="00781623">
              <w:rPr>
                <w:lang w:val="ru-RU"/>
              </w:rPr>
              <w:t xml:space="preserve"> І. </w:t>
            </w:r>
            <w:proofErr w:type="spellStart"/>
            <w:r w:rsidRPr="00781623">
              <w:rPr>
                <w:lang w:val="ru-RU"/>
              </w:rPr>
              <w:t>Карпенка-Карого</w:t>
            </w:r>
            <w:proofErr w:type="spellEnd"/>
            <w:r w:rsidRPr="00781623">
              <w:rPr>
                <w:lang w:val="ru-RU"/>
              </w:rPr>
              <w:t>), «</w:t>
            </w:r>
            <w:proofErr w:type="spellStart"/>
            <w:r w:rsidRPr="00781623">
              <w:rPr>
                <w:lang w:val="ru-RU"/>
              </w:rPr>
              <w:t>Кохання</w:t>
            </w:r>
            <w:proofErr w:type="spellEnd"/>
            <w:r w:rsidRPr="00781623">
              <w:rPr>
                <w:lang w:val="ru-RU"/>
              </w:rPr>
              <w:t xml:space="preserve"> – </w:t>
            </w:r>
            <w:proofErr w:type="spellStart"/>
            <w:r w:rsidRPr="00781623">
              <w:rPr>
                <w:lang w:val="ru-RU"/>
              </w:rPr>
              <w:t>найвеличніше</w:t>
            </w:r>
            <w:proofErr w:type="spellEnd"/>
            <w:r w:rsidRPr="00781623">
              <w:rPr>
                <w:lang w:val="ru-RU"/>
              </w:rPr>
              <w:t xml:space="preserve"> з </w:t>
            </w:r>
            <w:proofErr w:type="spellStart"/>
            <w:r w:rsidRPr="00781623">
              <w:rPr>
                <w:lang w:val="ru-RU"/>
              </w:rPr>
              <w:t>почуттів</w:t>
            </w:r>
            <w:proofErr w:type="spellEnd"/>
            <w:r w:rsidRPr="00781623">
              <w:rPr>
                <w:lang w:val="ru-RU"/>
              </w:rPr>
              <w:t xml:space="preserve">, яке </w:t>
            </w:r>
            <w:proofErr w:type="spellStart"/>
            <w:r w:rsidRPr="00781623">
              <w:rPr>
                <w:lang w:val="ru-RU"/>
              </w:rPr>
              <w:t>надихає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людину</w:t>
            </w:r>
            <w:proofErr w:type="spellEnd"/>
            <w:r w:rsidRPr="00781623">
              <w:rPr>
                <w:lang w:val="ru-RU"/>
              </w:rPr>
              <w:t xml:space="preserve"> на </w:t>
            </w:r>
            <w:proofErr w:type="spellStart"/>
            <w:r w:rsidRPr="00781623">
              <w:rPr>
                <w:lang w:val="ru-RU"/>
              </w:rPr>
              <w:t>шляхетні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вчинки</w:t>
            </w:r>
            <w:proofErr w:type="spellEnd"/>
            <w:r w:rsidRPr="00781623">
              <w:rPr>
                <w:lang w:val="ru-RU"/>
              </w:rPr>
              <w:t xml:space="preserve">» (за </w:t>
            </w:r>
            <w:proofErr w:type="spellStart"/>
            <w:r w:rsidRPr="00781623">
              <w:rPr>
                <w:lang w:val="ru-RU"/>
              </w:rPr>
              <w:t>творами</w:t>
            </w:r>
            <w:proofErr w:type="spellEnd"/>
            <w:r w:rsidRPr="00781623">
              <w:rPr>
                <w:lang w:val="ru-RU"/>
              </w:rPr>
              <w:t xml:space="preserve"> І. Франка)</w:t>
            </w:r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22</w:t>
            </w:r>
          </w:p>
        </w:tc>
        <w:tc>
          <w:tcPr>
            <w:tcW w:w="5669" w:type="dxa"/>
          </w:tcPr>
          <w:p w:rsidR="00622508" w:rsidRDefault="002B2B48">
            <w:r>
              <w:t xml:space="preserve">Іван Франко. Філософська </w:t>
            </w:r>
            <w:r>
              <w:t>поезія. Змістовий зв’язок «Легенди про вічне життя» з поезією збірки «Зів’яле листя»</w:t>
            </w:r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622508"/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t>23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proofErr w:type="spellStart"/>
            <w:r w:rsidRPr="00781623">
              <w:rPr>
                <w:lang w:val="ru-RU"/>
              </w:rPr>
              <w:t>Іван</w:t>
            </w:r>
            <w:proofErr w:type="spellEnd"/>
            <w:r w:rsidRPr="00781623">
              <w:rPr>
                <w:lang w:val="ru-RU"/>
              </w:rPr>
              <w:t xml:space="preserve"> Франко. «Легенда про </w:t>
            </w:r>
            <w:proofErr w:type="spellStart"/>
            <w:r w:rsidRPr="00781623">
              <w:rPr>
                <w:lang w:val="ru-RU"/>
              </w:rPr>
              <w:t>вічне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життя</w:t>
            </w:r>
            <w:proofErr w:type="spellEnd"/>
            <w:r w:rsidRPr="00781623">
              <w:rPr>
                <w:lang w:val="ru-RU"/>
              </w:rPr>
              <w:t xml:space="preserve">». Драматизм </w:t>
            </w:r>
            <w:proofErr w:type="spellStart"/>
            <w:r w:rsidRPr="00781623">
              <w:rPr>
                <w:lang w:val="ru-RU"/>
              </w:rPr>
              <w:t>людських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стосунків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роздуми</w:t>
            </w:r>
            <w:proofErr w:type="spellEnd"/>
            <w:r w:rsidRPr="00781623">
              <w:rPr>
                <w:lang w:val="ru-RU"/>
              </w:rPr>
              <w:t xml:space="preserve"> про </w:t>
            </w:r>
            <w:proofErr w:type="spellStart"/>
            <w:r w:rsidRPr="00781623">
              <w:rPr>
                <w:lang w:val="ru-RU"/>
              </w:rPr>
              <w:t>взаємність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кохання</w:t>
            </w:r>
            <w:proofErr w:type="spellEnd"/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24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proofErr w:type="spellStart"/>
            <w:r w:rsidRPr="00781623">
              <w:rPr>
                <w:lang w:val="ru-RU"/>
              </w:rPr>
              <w:t>Позакласне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читання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Іван</w:t>
            </w:r>
            <w:proofErr w:type="spellEnd"/>
            <w:r w:rsidRPr="00781623">
              <w:rPr>
                <w:lang w:val="ru-RU"/>
              </w:rPr>
              <w:t xml:space="preserve"> Франко. «</w:t>
            </w:r>
            <w:proofErr w:type="spellStart"/>
            <w:r w:rsidRPr="00781623">
              <w:rPr>
                <w:lang w:val="ru-RU"/>
              </w:rPr>
              <w:t>Украдене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щастя</w:t>
            </w:r>
            <w:proofErr w:type="spellEnd"/>
            <w:r w:rsidRPr="00781623">
              <w:rPr>
                <w:lang w:val="ru-RU"/>
              </w:rPr>
              <w:t>»</w:t>
            </w:r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Default="002B2B48">
            <w:r>
              <w:t>ПЧ №1</w:t>
            </w:r>
          </w:p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25</w:t>
            </w:r>
          </w:p>
        </w:tc>
        <w:tc>
          <w:tcPr>
            <w:tcW w:w="5669" w:type="dxa"/>
          </w:tcPr>
          <w:p w:rsidR="00622508" w:rsidRDefault="002B2B48">
            <w:r>
              <w:t>Іван Франко. Поема «Мойсей» – один із вершинних творів І.Франка. Проблематика твору: історичний шлях нації, визначна особистість як її провідник, пробудження національної свідомості, історичної пам’яті</w:t>
            </w:r>
            <w:r>
              <w:br/>
            </w:r>
            <w:r>
              <w:lastRenderedPageBreak/>
              <w:t>ТЛ: філософська поезія, терцини</w:t>
            </w:r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622508"/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lastRenderedPageBreak/>
              <w:t>26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proofErr w:type="spellStart"/>
            <w:r w:rsidRPr="00781623">
              <w:rPr>
                <w:lang w:val="ru-RU"/>
              </w:rPr>
              <w:t>Іван</w:t>
            </w:r>
            <w:proofErr w:type="spellEnd"/>
            <w:r w:rsidRPr="00781623">
              <w:rPr>
                <w:lang w:val="ru-RU"/>
              </w:rPr>
              <w:t xml:space="preserve"> Франко. </w:t>
            </w:r>
            <w:r w:rsidRPr="00781623">
              <w:rPr>
                <w:lang w:val="ru-RU"/>
              </w:rPr>
              <w:t>«</w:t>
            </w:r>
            <w:proofErr w:type="spellStart"/>
            <w:r w:rsidRPr="00781623">
              <w:rPr>
                <w:lang w:val="ru-RU"/>
              </w:rPr>
              <w:t>Мойсей</w:t>
            </w:r>
            <w:proofErr w:type="spellEnd"/>
            <w:r w:rsidRPr="00781623">
              <w:rPr>
                <w:lang w:val="ru-RU"/>
              </w:rPr>
              <w:t xml:space="preserve">». Пролог до </w:t>
            </w:r>
            <w:proofErr w:type="spellStart"/>
            <w:r w:rsidRPr="00781623">
              <w:rPr>
                <w:lang w:val="ru-RU"/>
              </w:rPr>
              <w:t>поеми</w:t>
            </w:r>
            <w:proofErr w:type="spellEnd"/>
            <w:r w:rsidRPr="00781623">
              <w:rPr>
                <w:lang w:val="ru-RU"/>
              </w:rPr>
              <w:t xml:space="preserve"> – </w:t>
            </w:r>
            <w:proofErr w:type="spellStart"/>
            <w:r w:rsidRPr="00781623">
              <w:rPr>
                <w:lang w:val="ru-RU"/>
              </w:rPr>
              <w:t>заповіт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українському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народові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Усвідомлення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ролі</w:t>
            </w:r>
            <w:proofErr w:type="spellEnd"/>
            <w:r w:rsidRPr="00781623">
              <w:rPr>
                <w:lang w:val="ru-RU"/>
              </w:rPr>
              <w:t xml:space="preserve"> кожного в </w:t>
            </w:r>
            <w:proofErr w:type="spellStart"/>
            <w:r w:rsidRPr="00781623">
              <w:rPr>
                <w:lang w:val="ru-RU"/>
              </w:rPr>
              <w:t>історичному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процесі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здатності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брати</w:t>
            </w:r>
            <w:proofErr w:type="spellEnd"/>
            <w:r w:rsidRPr="00781623">
              <w:rPr>
                <w:lang w:val="ru-RU"/>
              </w:rPr>
              <w:t xml:space="preserve"> на себе </w:t>
            </w:r>
            <w:proofErr w:type="spellStart"/>
            <w:r w:rsidRPr="00781623">
              <w:rPr>
                <w:lang w:val="ru-RU"/>
              </w:rPr>
              <w:t>відповідальність</w:t>
            </w:r>
            <w:proofErr w:type="spellEnd"/>
            <w:r w:rsidRPr="00781623">
              <w:rPr>
                <w:lang w:val="ru-RU"/>
              </w:rPr>
              <w:t xml:space="preserve"> за </w:t>
            </w:r>
            <w:proofErr w:type="spellStart"/>
            <w:r w:rsidRPr="00781623">
              <w:rPr>
                <w:lang w:val="ru-RU"/>
              </w:rPr>
              <w:t>Батьківщину</w:t>
            </w:r>
            <w:proofErr w:type="spellEnd"/>
            <w:r w:rsidRPr="00781623">
              <w:rPr>
                <w:lang w:val="ru-RU"/>
              </w:rPr>
              <w:t xml:space="preserve"> в </w:t>
            </w:r>
            <w:proofErr w:type="spellStart"/>
            <w:r w:rsidRPr="00781623">
              <w:rPr>
                <w:lang w:val="ru-RU"/>
              </w:rPr>
              <w:t>її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складні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періоди</w:t>
            </w:r>
            <w:proofErr w:type="spellEnd"/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27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r w:rsidRPr="00781623">
              <w:rPr>
                <w:lang w:val="ru-RU"/>
              </w:rPr>
              <w:t xml:space="preserve">РМ №2. </w:t>
            </w:r>
            <w:proofErr w:type="spellStart"/>
            <w:r w:rsidRPr="00781623">
              <w:rPr>
                <w:lang w:val="ru-RU"/>
              </w:rPr>
              <w:t>Написання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есе</w:t>
            </w:r>
            <w:proofErr w:type="spellEnd"/>
            <w:r w:rsidRPr="00781623">
              <w:rPr>
                <w:lang w:val="ru-RU"/>
              </w:rPr>
              <w:t xml:space="preserve"> на тему «Народе </w:t>
            </w:r>
            <w:proofErr w:type="spellStart"/>
            <w:r w:rsidRPr="00781623">
              <w:rPr>
                <w:lang w:val="ru-RU"/>
              </w:rPr>
              <w:t>мій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замучений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розбитий</w:t>
            </w:r>
            <w:proofErr w:type="spellEnd"/>
            <w:r w:rsidRPr="00781623">
              <w:rPr>
                <w:lang w:val="ru-RU"/>
              </w:rPr>
              <w:t xml:space="preserve">…» </w:t>
            </w:r>
            <w:r w:rsidRPr="00781623">
              <w:rPr>
                <w:lang w:val="ru-RU"/>
              </w:rPr>
              <w:t xml:space="preserve">(за </w:t>
            </w:r>
            <w:proofErr w:type="spellStart"/>
            <w:r w:rsidRPr="00781623">
              <w:rPr>
                <w:lang w:val="ru-RU"/>
              </w:rPr>
              <w:t>поемою</w:t>
            </w:r>
            <w:proofErr w:type="spellEnd"/>
            <w:r w:rsidRPr="00781623">
              <w:rPr>
                <w:lang w:val="ru-RU"/>
              </w:rPr>
              <w:t xml:space="preserve"> «</w:t>
            </w:r>
            <w:proofErr w:type="spellStart"/>
            <w:r w:rsidRPr="00781623">
              <w:rPr>
                <w:lang w:val="ru-RU"/>
              </w:rPr>
              <w:t>Мойсей</w:t>
            </w:r>
            <w:proofErr w:type="spellEnd"/>
            <w:r w:rsidRPr="00781623">
              <w:rPr>
                <w:lang w:val="ru-RU"/>
              </w:rPr>
              <w:t xml:space="preserve">» </w:t>
            </w:r>
            <w:proofErr w:type="spellStart"/>
            <w:r w:rsidRPr="00781623">
              <w:rPr>
                <w:lang w:val="ru-RU"/>
              </w:rPr>
              <w:t>І.Франка</w:t>
            </w:r>
            <w:proofErr w:type="spellEnd"/>
            <w:r w:rsidRPr="00781623">
              <w:rPr>
                <w:lang w:val="ru-RU"/>
              </w:rPr>
              <w:t>)</w:t>
            </w:r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Default="002B2B48">
            <w:r>
              <w:t>РМ №2 (</w:t>
            </w:r>
            <w:proofErr w:type="spellStart"/>
            <w:r>
              <w:t>письмово</w:t>
            </w:r>
            <w:proofErr w:type="spellEnd"/>
            <w:r>
              <w:t>)</w:t>
            </w:r>
          </w:p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t>28-29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proofErr w:type="spellStart"/>
            <w:r w:rsidRPr="00781623">
              <w:rPr>
                <w:lang w:val="ru-RU"/>
              </w:rPr>
              <w:t>Іван</w:t>
            </w:r>
            <w:proofErr w:type="spellEnd"/>
            <w:r w:rsidRPr="00781623">
              <w:rPr>
                <w:lang w:val="ru-RU"/>
              </w:rPr>
              <w:t xml:space="preserve"> Франко. Новела «</w:t>
            </w:r>
            <w:proofErr w:type="spellStart"/>
            <w:r w:rsidRPr="00781623">
              <w:rPr>
                <w:lang w:val="ru-RU"/>
              </w:rPr>
              <w:t>Сойчине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крило</w:t>
            </w:r>
            <w:proofErr w:type="spellEnd"/>
            <w:r w:rsidRPr="00781623">
              <w:rPr>
                <w:lang w:val="ru-RU"/>
              </w:rPr>
              <w:t xml:space="preserve">» – </w:t>
            </w:r>
            <w:proofErr w:type="spellStart"/>
            <w:r w:rsidRPr="00781623">
              <w:rPr>
                <w:lang w:val="ru-RU"/>
              </w:rPr>
              <w:t>жіноча</w:t>
            </w:r>
            <w:proofErr w:type="spellEnd"/>
            <w:r w:rsidRPr="00781623">
              <w:rPr>
                <w:lang w:val="ru-RU"/>
              </w:rPr>
              <w:t xml:space="preserve"> доля в </w:t>
            </w:r>
            <w:proofErr w:type="spellStart"/>
            <w:r w:rsidRPr="00781623">
              <w:rPr>
                <w:lang w:val="ru-RU"/>
              </w:rPr>
              <w:t>новітній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інтерпретації</w:t>
            </w:r>
            <w:proofErr w:type="spellEnd"/>
            <w:r w:rsidRPr="00781623">
              <w:rPr>
                <w:lang w:val="ru-RU"/>
              </w:rPr>
              <w:br/>
              <w:t xml:space="preserve">ТЛ: </w:t>
            </w:r>
            <w:proofErr w:type="spellStart"/>
            <w:r w:rsidRPr="00781623">
              <w:rPr>
                <w:lang w:val="ru-RU"/>
              </w:rPr>
              <w:t>поняття</w:t>
            </w:r>
            <w:proofErr w:type="spellEnd"/>
            <w:r w:rsidRPr="00781623">
              <w:rPr>
                <w:lang w:val="ru-RU"/>
              </w:rPr>
              <w:t xml:space="preserve"> про </w:t>
            </w:r>
            <w:proofErr w:type="spellStart"/>
            <w:r w:rsidRPr="00781623">
              <w:rPr>
                <w:lang w:val="ru-RU"/>
              </w:rPr>
              <w:t>модернізм</w:t>
            </w:r>
            <w:proofErr w:type="spellEnd"/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30</w:t>
            </w:r>
          </w:p>
        </w:tc>
        <w:tc>
          <w:tcPr>
            <w:tcW w:w="5669" w:type="dxa"/>
          </w:tcPr>
          <w:p w:rsidR="00622508" w:rsidRDefault="002B2B48">
            <w:proofErr w:type="spellStart"/>
            <w:r w:rsidRPr="00781623">
              <w:rPr>
                <w:lang w:val="ru-RU"/>
              </w:rPr>
              <w:t>Іван</w:t>
            </w:r>
            <w:proofErr w:type="spellEnd"/>
            <w:r w:rsidRPr="00781623">
              <w:rPr>
                <w:lang w:val="ru-RU"/>
              </w:rPr>
              <w:t xml:space="preserve"> Франко. «</w:t>
            </w:r>
            <w:proofErr w:type="spellStart"/>
            <w:r w:rsidRPr="00781623">
              <w:rPr>
                <w:lang w:val="ru-RU"/>
              </w:rPr>
              <w:t>Сойчине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крило</w:t>
            </w:r>
            <w:proofErr w:type="spellEnd"/>
            <w:r w:rsidRPr="00781623">
              <w:rPr>
                <w:lang w:val="ru-RU"/>
              </w:rPr>
              <w:t xml:space="preserve">». Образ героя-адресата – </w:t>
            </w:r>
            <w:proofErr w:type="spellStart"/>
            <w:r w:rsidRPr="00781623">
              <w:rPr>
                <w:lang w:val="ru-RU"/>
              </w:rPr>
              <w:t>уособлення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боротьби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між</w:t>
            </w:r>
            <w:proofErr w:type="spellEnd"/>
            <w:r w:rsidRPr="00781623">
              <w:rPr>
                <w:lang w:val="ru-RU"/>
              </w:rPr>
              <w:t xml:space="preserve"> «</w:t>
            </w:r>
            <w:proofErr w:type="spellStart"/>
            <w:r w:rsidRPr="00781623">
              <w:rPr>
                <w:lang w:val="ru-RU"/>
              </w:rPr>
              <w:t>естетикою</w:t>
            </w:r>
            <w:proofErr w:type="spellEnd"/>
            <w:r w:rsidRPr="00781623">
              <w:rPr>
                <w:lang w:val="ru-RU"/>
              </w:rPr>
              <w:t>» і «жи</w:t>
            </w:r>
            <w:r w:rsidRPr="00781623">
              <w:rPr>
                <w:lang w:val="ru-RU"/>
              </w:rPr>
              <w:t xml:space="preserve">вим </w:t>
            </w:r>
            <w:proofErr w:type="spellStart"/>
            <w:r w:rsidRPr="00781623">
              <w:rPr>
                <w:lang w:val="ru-RU"/>
              </w:rPr>
              <w:t>чоловіком</w:t>
            </w:r>
            <w:proofErr w:type="spellEnd"/>
            <w:r w:rsidRPr="00781623">
              <w:rPr>
                <w:lang w:val="ru-RU"/>
              </w:rPr>
              <w:t xml:space="preserve">». </w:t>
            </w:r>
            <w:proofErr w:type="spellStart"/>
            <w:r>
              <w:t>Гуманізм</w:t>
            </w:r>
            <w:proofErr w:type="spellEnd"/>
            <w:r>
              <w:t xml:space="preserve"> </w:t>
            </w:r>
            <w:proofErr w:type="spellStart"/>
            <w:r>
              <w:t>новели</w:t>
            </w:r>
            <w:proofErr w:type="spellEnd"/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622508"/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31</w:t>
            </w:r>
          </w:p>
        </w:tc>
        <w:tc>
          <w:tcPr>
            <w:tcW w:w="5669" w:type="dxa"/>
          </w:tcPr>
          <w:p w:rsidR="00622508" w:rsidRDefault="002B2B48">
            <w:r>
              <w:t>Контрольна робота №3. «Творчість І.Франка» (тестові завдання, запитання, розгорнута відповідь та інші види робіт)</w:t>
            </w:r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622508"/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32</w:t>
            </w:r>
          </w:p>
        </w:tc>
        <w:tc>
          <w:tcPr>
            <w:tcW w:w="5669" w:type="dxa"/>
          </w:tcPr>
          <w:p w:rsidR="00622508" w:rsidRPr="00781623" w:rsidRDefault="002B2B48" w:rsidP="00781623">
            <w:pPr>
              <w:rPr>
                <w:lang w:val="ru-RU"/>
              </w:rPr>
            </w:pPr>
            <w:proofErr w:type="spellStart"/>
            <w:r w:rsidRPr="00781623">
              <w:rPr>
                <w:lang w:val="ru-RU"/>
              </w:rPr>
              <w:t>Література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рідного</w:t>
            </w:r>
            <w:proofErr w:type="spellEnd"/>
            <w:r w:rsidRPr="00781623">
              <w:rPr>
                <w:lang w:val="ru-RU"/>
              </w:rPr>
              <w:t xml:space="preserve"> краю. </w:t>
            </w:r>
            <w:r w:rsidR="00781623">
              <w:rPr>
                <w:lang w:val="ru-RU"/>
              </w:rPr>
              <w:t xml:space="preserve"> ?</w:t>
            </w:r>
            <w:bookmarkStart w:id="0" w:name="_GoBack"/>
            <w:bookmarkEnd w:id="0"/>
            <w:r w:rsidRPr="00781623">
              <w:rPr>
                <w:lang w:val="ru-RU"/>
              </w:rPr>
              <w:t>(</w:t>
            </w:r>
            <w:proofErr w:type="spellStart"/>
            <w:r w:rsidRPr="00781623">
              <w:rPr>
                <w:lang w:val="ru-RU"/>
              </w:rPr>
              <w:t>або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письменника</w:t>
            </w:r>
            <w:proofErr w:type="spellEnd"/>
            <w:r w:rsidRPr="00781623">
              <w:rPr>
                <w:lang w:val="ru-RU"/>
              </w:rPr>
              <w:t xml:space="preserve">-земляка за </w:t>
            </w:r>
            <w:proofErr w:type="spellStart"/>
            <w:r w:rsidRPr="00781623">
              <w:rPr>
                <w:lang w:val="ru-RU"/>
              </w:rPr>
              <w:t>вибором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вчителя</w:t>
            </w:r>
            <w:proofErr w:type="spellEnd"/>
            <w:r w:rsidRPr="00781623">
              <w:rPr>
                <w:lang w:val="ru-RU"/>
              </w:rPr>
              <w:t>)</w:t>
            </w:r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Default="002B2B48">
            <w:r>
              <w:t>ЛРК №1</w:t>
            </w:r>
          </w:p>
        </w:tc>
      </w:tr>
      <w:tr w:rsidR="00622508">
        <w:tc>
          <w:tcPr>
            <w:tcW w:w="9637" w:type="dxa"/>
            <w:gridSpan w:val="4"/>
          </w:tcPr>
          <w:p w:rsidR="00622508" w:rsidRDefault="002B2B48">
            <w:pPr>
              <w:jc w:val="center"/>
            </w:pPr>
            <w:r>
              <w:rPr>
                <w:b/>
              </w:rPr>
              <w:t>ІІ семестр</w:t>
            </w:r>
          </w:p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t>33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r>
              <w:t>Модерна українська проза</w:t>
            </w:r>
            <w:r>
              <w:br/>
              <w:t xml:space="preserve">Основні риси українського прозового модернізму (О.Кобилянська, М.Коцюбинський, В.Стефаник, В.Винниченко). </w:t>
            </w:r>
            <w:r w:rsidRPr="00781623">
              <w:rPr>
                <w:lang w:val="ru-RU"/>
              </w:rPr>
              <w:t xml:space="preserve">«Нова школа» у </w:t>
            </w:r>
            <w:proofErr w:type="spellStart"/>
            <w:r w:rsidRPr="00781623">
              <w:rPr>
                <w:lang w:val="ru-RU"/>
              </w:rPr>
              <w:t>прозі</w:t>
            </w:r>
            <w:proofErr w:type="spellEnd"/>
            <w:r w:rsidRPr="00781623">
              <w:rPr>
                <w:lang w:val="ru-RU"/>
              </w:rPr>
              <w:t xml:space="preserve">. Михайло </w:t>
            </w:r>
            <w:proofErr w:type="spellStart"/>
            <w:r w:rsidRPr="00781623">
              <w:rPr>
                <w:lang w:val="ru-RU"/>
              </w:rPr>
              <w:t>Коцюбинський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Життя</w:t>
            </w:r>
            <w:proofErr w:type="spellEnd"/>
            <w:r w:rsidRPr="00781623">
              <w:rPr>
                <w:lang w:val="ru-RU"/>
              </w:rPr>
              <w:t xml:space="preserve"> і </w:t>
            </w:r>
            <w:proofErr w:type="spellStart"/>
            <w:r w:rsidRPr="00781623">
              <w:rPr>
                <w:lang w:val="ru-RU"/>
              </w:rPr>
              <w:t>творчість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гуманізм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світогляду</w:t>
            </w:r>
            <w:proofErr w:type="spellEnd"/>
            <w:r w:rsidRPr="00781623">
              <w:rPr>
                <w:lang w:val="ru-RU"/>
              </w:rPr>
              <w:t>. Жанр нов</w:t>
            </w:r>
            <w:r w:rsidRPr="00781623">
              <w:rPr>
                <w:lang w:val="ru-RU"/>
              </w:rPr>
              <w:t xml:space="preserve">ели у </w:t>
            </w:r>
            <w:proofErr w:type="spellStart"/>
            <w:r w:rsidRPr="00781623">
              <w:rPr>
                <w:lang w:val="ru-RU"/>
              </w:rPr>
              <w:t>творчості</w:t>
            </w:r>
            <w:proofErr w:type="spellEnd"/>
            <w:r w:rsidRPr="00781623">
              <w:rPr>
                <w:lang w:val="ru-RU"/>
              </w:rPr>
              <w:t xml:space="preserve"> М. </w:t>
            </w:r>
            <w:proofErr w:type="spellStart"/>
            <w:r w:rsidRPr="00781623">
              <w:rPr>
                <w:lang w:val="ru-RU"/>
              </w:rPr>
              <w:t>Коцюбинського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Значення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стильового</w:t>
            </w:r>
            <w:proofErr w:type="spellEnd"/>
            <w:r w:rsidRPr="00781623">
              <w:rPr>
                <w:lang w:val="ru-RU"/>
              </w:rPr>
              <w:t xml:space="preserve"> новаторства М. </w:t>
            </w:r>
            <w:proofErr w:type="spellStart"/>
            <w:r w:rsidRPr="00781623">
              <w:rPr>
                <w:lang w:val="ru-RU"/>
              </w:rPr>
              <w:t>Коцюбинського</w:t>
            </w:r>
            <w:proofErr w:type="spellEnd"/>
            <w:r w:rsidRPr="00781623">
              <w:rPr>
                <w:lang w:val="ru-RU"/>
              </w:rPr>
              <w:t xml:space="preserve"> для </w:t>
            </w:r>
            <w:proofErr w:type="spellStart"/>
            <w:r w:rsidRPr="00781623">
              <w:rPr>
                <w:lang w:val="ru-RU"/>
              </w:rPr>
              <w:t>української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літератури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Психологічна</w:t>
            </w:r>
            <w:proofErr w:type="spellEnd"/>
            <w:r w:rsidRPr="00781623">
              <w:rPr>
                <w:lang w:val="ru-RU"/>
              </w:rPr>
              <w:t xml:space="preserve"> новела «</w:t>
            </w:r>
            <w:r>
              <w:t>Intermezzo</w:t>
            </w:r>
            <w:r w:rsidRPr="00781623">
              <w:rPr>
                <w:lang w:val="ru-RU"/>
              </w:rPr>
              <w:t xml:space="preserve">» з </w:t>
            </w:r>
            <w:proofErr w:type="spellStart"/>
            <w:r w:rsidRPr="00781623">
              <w:rPr>
                <w:lang w:val="ru-RU"/>
              </w:rPr>
              <w:t>жанровими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ознаками</w:t>
            </w:r>
            <w:proofErr w:type="spellEnd"/>
            <w:r w:rsidRPr="00781623">
              <w:rPr>
                <w:lang w:val="ru-RU"/>
              </w:rPr>
              <w:t xml:space="preserve"> «</w:t>
            </w:r>
            <w:proofErr w:type="spellStart"/>
            <w:r w:rsidRPr="00781623">
              <w:rPr>
                <w:lang w:val="ru-RU"/>
              </w:rPr>
              <w:t>поезії</w:t>
            </w:r>
            <w:proofErr w:type="spellEnd"/>
            <w:r w:rsidRPr="00781623">
              <w:rPr>
                <w:lang w:val="ru-RU"/>
              </w:rPr>
              <w:t xml:space="preserve"> у </w:t>
            </w:r>
            <w:proofErr w:type="spellStart"/>
            <w:r w:rsidRPr="00781623">
              <w:rPr>
                <w:lang w:val="ru-RU"/>
              </w:rPr>
              <w:t>прозі</w:t>
            </w:r>
            <w:proofErr w:type="spellEnd"/>
            <w:r w:rsidRPr="00781623">
              <w:rPr>
                <w:lang w:val="ru-RU"/>
              </w:rPr>
              <w:t xml:space="preserve">». </w:t>
            </w:r>
            <w:proofErr w:type="spellStart"/>
            <w:r w:rsidRPr="00781623">
              <w:rPr>
                <w:lang w:val="ru-RU"/>
              </w:rPr>
              <w:t>Автобіографічна</w:t>
            </w:r>
            <w:proofErr w:type="spellEnd"/>
            <w:r w:rsidRPr="00781623">
              <w:rPr>
                <w:lang w:val="ru-RU"/>
              </w:rPr>
              <w:t xml:space="preserve"> основа</w:t>
            </w:r>
            <w:r w:rsidRPr="00781623">
              <w:rPr>
                <w:lang w:val="ru-RU"/>
              </w:rPr>
              <w:br/>
              <w:t xml:space="preserve">ТЛ: </w:t>
            </w:r>
            <w:proofErr w:type="spellStart"/>
            <w:r w:rsidRPr="00781623">
              <w:rPr>
                <w:lang w:val="ru-RU"/>
              </w:rPr>
              <w:t>психологічна</w:t>
            </w:r>
            <w:proofErr w:type="spellEnd"/>
            <w:r w:rsidRPr="00781623">
              <w:rPr>
                <w:lang w:val="ru-RU"/>
              </w:rPr>
              <w:t xml:space="preserve"> новела, «</w:t>
            </w:r>
            <w:proofErr w:type="spellStart"/>
            <w:r w:rsidRPr="00781623">
              <w:rPr>
                <w:lang w:val="ru-RU"/>
              </w:rPr>
              <w:t>поезія</w:t>
            </w:r>
            <w:proofErr w:type="spellEnd"/>
            <w:r w:rsidRPr="00781623">
              <w:rPr>
                <w:lang w:val="ru-RU"/>
              </w:rPr>
              <w:t xml:space="preserve"> в </w:t>
            </w:r>
            <w:proofErr w:type="spellStart"/>
            <w:r w:rsidRPr="00781623">
              <w:rPr>
                <w:lang w:val="ru-RU"/>
              </w:rPr>
              <w:t>прозі</w:t>
            </w:r>
            <w:proofErr w:type="spellEnd"/>
            <w:r w:rsidRPr="00781623">
              <w:rPr>
                <w:lang w:val="ru-RU"/>
              </w:rPr>
              <w:t>»</w:t>
            </w:r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34</w:t>
            </w:r>
          </w:p>
        </w:tc>
        <w:tc>
          <w:tcPr>
            <w:tcW w:w="5669" w:type="dxa"/>
          </w:tcPr>
          <w:p w:rsidR="00622508" w:rsidRDefault="002B2B48">
            <w:r w:rsidRPr="00781623">
              <w:rPr>
                <w:lang w:val="ru-RU"/>
              </w:rPr>
              <w:t xml:space="preserve">Михайло </w:t>
            </w:r>
            <w:proofErr w:type="spellStart"/>
            <w:r w:rsidRPr="00781623">
              <w:rPr>
                <w:lang w:val="ru-RU"/>
              </w:rPr>
              <w:t>Коцюбинський</w:t>
            </w:r>
            <w:proofErr w:type="spellEnd"/>
            <w:r w:rsidRPr="00781623">
              <w:rPr>
                <w:lang w:val="ru-RU"/>
              </w:rPr>
              <w:t>. «</w:t>
            </w:r>
            <w:r>
              <w:t>Intermezzo</w:t>
            </w:r>
            <w:r w:rsidRPr="00781623">
              <w:rPr>
                <w:lang w:val="ru-RU"/>
              </w:rPr>
              <w:t xml:space="preserve">». </w:t>
            </w:r>
            <w:proofErr w:type="spellStart"/>
            <w:r w:rsidRPr="00781623">
              <w:rPr>
                <w:lang w:val="ru-RU"/>
              </w:rPr>
              <w:t>Проблеми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душевної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рівноваги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повноцінного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життя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специфіки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творчого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процесу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Психологічно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переконливе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lastRenderedPageBreak/>
              <w:t>розкриття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внутрішнього</w:t>
            </w:r>
            <w:proofErr w:type="spellEnd"/>
            <w:r w:rsidRPr="00781623">
              <w:rPr>
                <w:lang w:val="ru-RU"/>
              </w:rPr>
              <w:t xml:space="preserve"> стану </w:t>
            </w:r>
            <w:proofErr w:type="spellStart"/>
            <w:r w:rsidRPr="00781623">
              <w:rPr>
                <w:lang w:val="ru-RU"/>
              </w:rPr>
              <w:t>людини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Символічні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образи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ускладнена</w:t>
            </w:r>
            <w:proofErr w:type="spellEnd"/>
            <w:r w:rsidRPr="00781623">
              <w:rPr>
                <w:lang w:val="ru-RU"/>
              </w:rPr>
              <w:t xml:space="preserve"> метафора. </w:t>
            </w:r>
            <w:proofErr w:type="spellStart"/>
            <w:r>
              <w:t>Поетика</w:t>
            </w:r>
            <w:proofErr w:type="spellEnd"/>
            <w:r>
              <w:t xml:space="preserve"> </w:t>
            </w:r>
            <w:proofErr w:type="spellStart"/>
            <w:r>
              <w:t>імпресіонізму</w:t>
            </w:r>
            <w:proofErr w:type="spellEnd"/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622508"/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lastRenderedPageBreak/>
              <w:t>35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r w:rsidRPr="00781623">
              <w:rPr>
                <w:lang w:val="ru-RU"/>
              </w:rPr>
              <w:t xml:space="preserve">Михайло </w:t>
            </w:r>
            <w:proofErr w:type="spellStart"/>
            <w:r w:rsidRPr="00781623">
              <w:rPr>
                <w:lang w:val="ru-RU"/>
              </w:rPr>
              <w:t>Коцюб</w:t>
            </w:r>
            <w:r w:rsidRPr="00781623">
              <w:rPr>
                <w:lang w:val="ru-RU"/>
              </w:rPr>
              <w:t>инський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Повість</w:t>
            </w:r>
            <w:proofErr w:type="spellEnd"/>
            <w:r w:rsidRPr="00781623">
              <w:rPr>
                <w:lang w:val="ru-RU"/>
              </w:rPr>
              <w:t xml:space="preserve"> «</w:t>
            </w:r>
            <w:proofErr w:type="spellStart"/>
            <w:r w:rsidRPr="00781623">
              <w:rPr>
                <w:lang w:val="ru-RU"/>
              </w:rPr>
              <w:t>Тіні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забутих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предків</w:t>
            </w:r>
            <w:proofErr w:type="spellEnd"/>
            <w:r w:rsidRPr="00781623">
              <w:rPr>
                <w:lang w:val="ru-RU"/>
              </w:rPr>
              <w:t xml:space="preserve">». </w:t>
            </w:r>
            <w:proofErr w:type="spellStart"/>
            <w:r w:rsidRPr="00781623">
              <w:rPr>
                <w:lang w:val="ru-RU"/>
              </w:rPr>
              <w:t>Трагічна</w:t>
            </w:r>
            <w:proofErr w:type="spellEnd"/>
            <w:r w:rsidRPr="00781623">
              <w:rPr>
                <w:lang w:val="ru-RU"/>
              </w:rPr>
              <w:t xml:space="preserve"> доля </w:t>
            </w:r>
            <w:proofErr w:type="spellStart"/>
            <w:r w:rsidRPr="00781623">
              <w:rPr>
                <w:lang w:val="ru-RU"/>
              </w:rPr>
              <w:t>Івана</w:t>
            </w:r>
            <w:proofErr w:type="spellEnd"/>
            <w:r w:rsidRPr="00781623">
              <w:rPr>
                <w:lang w:val="ru-RU"/>
              </w:rPr>
              <w:t xml:space="preserve"> й </w:t>
            </w:r>
            <w:proofErr w:type="spellStart"/>
            <w:r w:rsidRPr="00781623">
              <w:rPr>
                <w:lang w:val="ru-RU"/>
              </w:rPr>
              <w:t>Марічки</w:t>
            </w:r>
            <w:proofErr w:type="spellEnd"/>
            <w:r w:rsidRPr="00781623">
              <w:rPr>
                <w:lang w:val="ru-RU"/>
              </w:rPr>
              <w:t xml:space="preserve"> як </w:t>
            </w:r>
            <w:proofErr w:type="spellStart"/>
            <w:r w:rsidRPr="00781623">
              <w:rPr>
                <w:lang w:val="ru-RU"/>
              </w:rPr>
              <w:t>наслідок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суперечності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між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мрією</w:t>
            </w:r>
            <w:proofErr w:type="spellEnd"/>
            <w:r w:rsidRPr="00781623">
              <w:rPr>
                <w:lang w:val="ru-RU"/>
              </w:rPr>
              <w:t xml:space="preserve"> та </w:t>
            </w:r>
            <w:proofErr w:type="spellStart"/>
            <w:r w:rsidRPr="00781623">
              <w:rPr>
                <w:lang w:val="ru-RU"/>
              </w:rPr>
              <w:t>дійсністю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Світ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людини</w:t>
            </w:r>
            <w:proofErr w:type="spellEnd"/>
            <w:r w:rsidRPr="00781623">
              <w:rPr>
                <w:lang w:val="ru-RU"/>
              </w:rPr>
              <w:t xml:space="preserve"> у </w:t>
            </w:r>
            <w:proofErr w:type="spellStart"/>
            <w:r w:rsidRPr="00781623">
              <w:rPr>
                <w:lang w:val="ru-RU"/>
              </w:rPr>
              <w:t>зв’язку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зі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світом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природи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Фольклорне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тло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твору</w:t>
            </w:r>
            <w:proofErr w:type="spellEnd"/>
            <w:r w:rsidRPr="00781623">
              <w:rPr>
                <w:lang w:val="ru-RU"/>
              </w:rPr>
              <w:br/>
              <w:t xml:space="preserve">ТЛ: </w:t>
            </w:r>
            <w:proofErr w:type="spellStart"/>
            <w:r w:rsidRPr="00781623">
              <w:rPr>
                <w:lang w:val="ru-RU"/>
              </w:rPr>
              <w:t>імпресіонізм</w:t>
            </w:r>
            <w:proofErr w:type="spellEnd"/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t>36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r w:rsidRPr="00781623">
              <w:rPr>
                <w:lang w:val="ru-RU"/>
              </w:rPr>
              <w:t xml:space="preserve">Михайло </w:t>
            </w:r>
            <w:proofErr w:type="spellStart"/>
            <w:r w:rsidRPr="00781623">
              <w:rPr>
                <w:lang w:val="ru-RU"/>
              </w:rPr>
              <w:t>Коцюбинський</w:t>
            </w:r>
            <w:proofErr w:type="spellEnd"/>
            <w:r w:rsidRPr="00781623">
              <w:rPr>
                <w:lang w:val="ru-RU"/>
              </w:rPr>
              <w:t>. «</w:t>
            </w:r>
            <w:proofErr w:type="spellStart"/>
            <w:r w:rsidRPr="00781623">
              <w:rPr>
                <w:lang w:val="ru-RU"/>
              </w:rPr>
              <w:t>Тіні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забутих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предків</w:t>
            </w:r>
            <w:proofErr w:type="spellEnd"/>
            <w:r w:rsidRPr="00781623">
              <w:rPr>
                <w:lang w:val="ru-RU"/>
              </w:rPr>
              <w:t xml:space="preserve">». </w:t>
            </w:r>
            <w:proofErr w:type="spellStart"/>
            <w:r w:rsidRPr="00781623">
              <w:rPr>
                <w:lang w:val="ru-RU"/>
              </w:rPr>
              <w:t>Образ</w:t>
            </w:r>
            <w:r w:rsidRPr="00781623">
              <w:rPr>
                <w:lang w:val="ru-RU"/>
              </w:rPr>
              <w:t>и</w:t>
            </w:r>
            <w:proofErr w:type="spellEnd"/>
            <w:r w:rsidRPr="00781623">
              <w:rPr>
                <w:lang w:val="ru-RU"/>
              </w:rPr>
              <w:t xml:space="preserve"> й </w:t>
            </w:r>
            <w:proofErr w:type="spellStart"/>
            <w:r w:rsidRPr="00781623">
              <w:rPr>
                <w:lang w:val="ru-RU"/>
              </w:rPr>
              <w:t>символи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повісті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Образи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Івана</w:t>
            </w:r>
            <w:proofErr w:type="spellEnd"/>
            <w:r w:rsidRPr="00781623">
              <w:rPr>
                <w:lang w:val="ru-RU"/>
              </w:rPr>
              <w:t xml:space="preserve"> та </w:t>
            </w:r>
            <w:proofErr w:type="spellStart"/>
            <w:r w:rsidRPr="00781623">
              <w:rPr>
                <w:lang w:val="ru-RU"/>
              </w:rPr>
              <w:t>Марічки</w:t>
            </w:r>
            <w:proofErr w:type="spellEnd"/>
            <w:r w:rsidRPr="00781623">
              <w:rPr>
                <w:lang w:val="ru-RU"/>
              </w:rPr>
              <w:t xml:space="preserve"> як </w:t>
            </w:r>
            <w:proofErr w:type="spellStart"/>
            <w:r w:rsidRPr="00781623">
              <w:rPr>
                <w:lang w:val="ru-RU"/>
              </w:rPr>
              <w:t>втілення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романтичної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ідеї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незнищенності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кохання</w:t>
            </w:r>
            <w:proofErr w:type="spellEnd"/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37</w:t>
            </w:r>
          </w:p>
        </w:tc>
        <w:tc>
          <w:tcPr>
            <w:tcW w:w="5669" w:type="dxa"/>
          </w:tcPr>
          <w:p w:rsidR="00622508" w:rsidRDefault="002B2B48">
            <w:r w:rsidRPr="00781623">
              <w:rPr>
                <w:lang w:val="ru-RU"/>
              </w:rPr>
              <w:t xml:space="preserve">Михайло </w:t>
            </w:r>
            <w:proofErr w:type="spellStart"/>
            <w:r w:rsidRPr="00781623">
              <w:rPr>
                <w:lang w:val="ru-RU"/>
              </w:rPr>
              <w:t>Коцюбинський</w:t>
            </w:r>
            <w:proofErr w:type="spellEnd"/>
            <w:r w:rsidRPr="00781623">
              <w:rPr>
                <w:lang w:val="ru-RU"/>
              </w:rPr>
              <w:t>. «</w:t>
            </w:r>
            <w:proofErr w:type="spellStart"/>
            <w:r w:rsidRPr="00781623">
              <w:rPr>
                <w:lang w:val="ru-RU"/>
              </w:rPr>
              <w:t>Тіні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забутих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предків</w:t>
            </w:r>
            <w:proofErr w:type="spellEnd"/>
            <w:r w:rsidRPr="00781623">
              <w:rPr>
                <w:lang w:val="ru-RU"/>
              </w:rPr>
              <w:t xml:space="preserve">». </w:t>
            </w:r>
            <w:proofErr w:type="spellStart"/>
            <w:r w:rsidRPr="00781623">
              <w:rPr>
                <w:lang w:val="ru-RU"/>
              </w:rPr>
              <w:t>Пантеїзм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світобачення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героїв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виражений</w:t>
            </w:r>
            <w:proofErr w:type="spellEnd"/>
            <w:r w:rsidRPr="00781623">
              <w:rPr>
                <w:lang w:val="ru-RU"/>
              </w:rPr>
              <w:t xml:space="preserve"> через </w:t>
            </w:r>
            <w:proofErr w:type="spellStart"/>
            <w:r w:rsidRPr="00781623">
              <w:rPr>
                <w:lang w:val="ru-RU"/>
              </w:rPr>
              <w:t>побут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звичаї</w:t>
            </w:r>
            <w:proofErr w:type="spellEnd"/>
            <w:r w:rsidRPr="00781623">
              <w:rPr>
                <w:lang w:val="ru-RU"/>
              </w:rPr>
              <w:t xml:space="preserve">, обряди, </w:t>
            </w:r>
            <w:proofErr w:type="spellStart"/>
            <w:r w:rsidRPr="00781623">
              <w:rPr>
                <w:lang w:val="ru-RU"/>
              </w:rPr>
              <w:t>почуття</w:t>
            </w:r>
            <w:proofErr w:type="spellEnd"/>
            <w:r w:rsidRPr="00781623">
              <w:rPr>
                <w:lang w:val="ru-RU"/>
              </w:rPr>
              <w:t xml:space="preserve">, мораль. </w:t>
            </w:r>
            <w:proofErr w:type="spellStart"/>
            <w:r w:rsidRPr="00781623">
              <w:rPr>
                <w:lang w:val="ru-RU"/>
              </w:rPr>
              <w:t>Протиставлення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реалій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життя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внутрішньому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світові</w:t>
            </w:r>
            <w:proofErr w:type="spellEnd"/>
            <w:r w:rsidRPr="00781623">
              <w:rPr>
                <w:lang w:val="ru-RU"/>
              </w:rPr>
              <w:t xml:space="preserve"> душевно </w:t>
            </w:r>
            <w:proofErr w:type="spellStart"/>
            <w:r w:rsidRPr="00781623">
              <w:rPr>
                <w:lang w:val="ru-RU"/>
              </w:rPr>
              <w:t>багатих</w:t>
            </w:r>
            <w:proofErr w:type="spellEnd"/>
            <w:r w:rsidRPr="00781623">
              <w:rPr>
                <w:lang w:val="ru-RU"/>
              </w:rPr>
              <w:t xml:space="preserve"> натур. Роль образу </w:t>
            </w:r>
            <w:proofErr w:type="spellStart"/>
            <w:r w:rsidRPr="00781623">
              <w:rPr>
                <w:lang w:val="ru-RU"/>
              </w:rPr>
              <w:t>природи</w:t>
            </w:r>
            <w:proofErr w:type="spellEnd"/>
            <w:r w:rsidRPr="00781623">
              <w:rPr>
                <w:lang w:val="ru-RU"/>
              </w:rPr>
              <w:t xml:space="preserve"> у </w:t>
            </w:r>
            <w:proofErr w:type="spellStart"/>
            <w:r w:rsidRPr="00781623">
              <w:rPr>
                <w:lang w:val="ru-RU"/>
              </w:rPr>
              <w:t>творі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>
              <w:t>Мовний</w:t>
            </w:r>
            <w:proofErr w:type="spellEnd"/>
            <w:r>
              <w:t xml:space="preserve"> </w:t>
            </w:r>
            <w:proofErr w:type="spellStart"/>
            <w:r>
              <w:t>колорит</w:t>
            </w:r>
            <w:proofErr w:type="spellEnd"/>
            <w:r>
              <w:t xml:space="preserve"> </w:t>
            </w:r>
            <w:proofErr w:type="spellStart"/>
            <w:r>
              <w:t>повісті</w:t>
            </w:r>
            <w:proofErr w:type="spellEnd"/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622508"/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38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r w:rsidRPr="00781623">
              <w:rPr>
                <w:lang w:val="ru-RU"/>
              </w:rPr>
              <w:t xml:space="preserve">РМ №3. </w:t>
            </w:r>
            <w:proofErr w:type="spellStart"/>
            <w:r w:rsidRPr="00781623">
              <w:rPr>
                <w:lang w:val="ru-RU"/>
              </w:rPr>
              <w:t>Написання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есе</w:t>
            </w:r>
            <w:proofErr w:type="spellEnd"/>
            <w:r w:rsidRPr="00781623">
              <w:rPr>
                <w:lang w:val="ru-RU"/>
              </w:rPr>
              <w:t xml:space="preserve"> на тему «</w:t>
            </w:r>
            <w:proofErr w:type="spellStart"/>
            <w:r w:rsidRPr="00781623">
              <w:rPr>
                <w:lang w:val="ru-RU"/>
              </w:rPr>
              <w:t>Усвідомлення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краси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природи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її</w:t>
            </w:r>
            <w:proofErr w:type="spellEnd"/>
            <w:r w:rsidRPr="00781623">
              <w:rPr>
                <w:lang w:val="ru-RU"/>
              </w:rPr>
              <w:t xml:space="preserve"> благотворного </w:t>
            </w:r>
            <w:proofErr w:type="spellStart"/>
            <w:r w:rsidRPr="00781623">
              <w:rPr>
                <w:lang w:val="ru-RU"/>
              </w:rPr>
              <w:t>впливу</w:t>
            </w:r>
            <w:proofErr w:type="spellEnd"/>
            <w:r w:rsidRPr="00781623">
              <w:rPr>
                <w:lang w:val="ru-RU"/>
              </w:rPr>
              <w:t xml:space="preserve"> на </w:t>
            </w:r>
            <w:proofErr w:type="spellStart"/>
            <w:r w:rsidRPr="00781623">
              <w:rPr>
                <w:lang w:val="ru-RU"/>
              </w:rPr>
              <w:t>людину</w:t>
            </w:r>
            <w:proofErr w:type="spellEnd"/>
            <w:r w:rsidRPr="00781623">
              <w:rPr>
                <w:lang w:val="ru-RU"/>
              </w:rPr>
              <w:t xml:space="preserve">» (за </w:t>
            </w:r>
            <w:proofErr w:type="spellStart"/>
            <w:r w:rsidRPr="00781623">
              <w:rPr>
                <w:lang w:val="ru-RU"/>
              </w:rPr>
              <w:t>творами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М.Коцюбинського</w:t>
            </w:r>
            <w:proofErr w:type="spellEnd"/>
            <w:r w:rsidRPr="00781623">
              <w:rPr>
                <w:lang w:val="ru-RU"/>
              </w:rPr>
              <w:t>)</w:t>
            </w:r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Default="002B2B48">
            <w:r>
              <w:t>РМ №3 (</w:t>
            </w:r>
            <w:proofErr w:type="spellStart"/>
            <w:r>
              <w:t>письмово</w:t>
            </w:r>
            <w:proofErr w:type="spellEnd"/>
            <w:r>
              <w:t>)</w:t>
            </w:r>
          </w:p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39</w:t>
            </w:r>
          </w:p>
        </w:tc>
        <w:tc>
          <w:tcPr>
            <w:tcW w:w="5669" w:type="dxa"/>
          </w:tcPr>
          <w:p w:rsidR="00622508" w:rsidRDefault="002B2B48">
            <w:r w:rsidRPr="00781623">
              <w:rPr>
                <w:lang w:val="ru-RU"/>
              </w:rPr>
              <w:t xml:space="preserve">Ольга </w:t>
            </w:r>
            <w:proofErr w:type="spellStart"/>
            <w:r w:rsidRPr="00781623">
              <w:rPr>
                <w:lang w:val="ru-RU"/>
              </w:rPr>
              <w:t>Кобилянська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Життя</w:t>
            </w:r>
            <w:proofErr w:type="spellEnd"/>
            <w:r w:rsidRPr="00781623">
              <w:rPr>
                <w:lang w:val="ru-RU"/>
              </w:rPr>
              <w:t xml:space="preserve"> і </w:t>
            </w:r>
            <w:proofErr w:type="spellStart"/>
            <w:r w:rsidRPr="00781623">
              <w:rPr>
                <w:lang w:val="ru-RU"/>
              </w:rPr>
              <w:t>творчість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Формування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світогляду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письменниці</w:t>
            </w:r>
            <w:proofErr w:type="spellEnd"/>
            <w:r w:rsidRPr="00781623">
              <w:rPr>
                <w:lang w:val="ru-RU"/>
              </w:rPr>
              <w:t xml:space="preserve"> (</w:t>
            </w:r>
            <w:proofErr w:type="spellStart"/>
            <w:r w:rsidRPr="00781623">
              <w:rPr>
                <w:lang w:val="ru-RU"/>
              </w:rPr>
              <w:t>вплив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європейської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культури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українського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феміністичного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руху</w:t>
            </w:r>
            <w:proofErr w:type="spellEnd"/>
            <w:r w:rsidRPr="00781623">
              <w:rPr>
                <w:lang w:val="ru-RU"/>
              </w:rPr>
              <w:t xml:space="preserve">). </w:t>
            </w:r>
            <w:proofErr w:type="spellStart"/>
            <w:r w:rsidRPr="00781623">
              <w:rPr>
                <w:lang w:val="ru-RU"/>
              </w:rPr>
              <w:t>Її</w:t>
            </w:r>
            <w:proofErr w:type="spellEnd"/>
            <w:r w:rsidRPr="00781623">
              <w:rPr>
                <w:lang w:val="ru-RU"/>
              </w:rPr>
              <w:t xml:space="preserve"> проза – </w:t>
            </w:r>
            <w:proofErr w:type="spellStart"/>
            <w:r w:rsidRPr="00781623">
              <w:rPr>
                <w:lang w:val="ru-RU"/>
              </w:rPr>
              <w:t>зразок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раннього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українського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модернізму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Жанрові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особливості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провідні</w:t>
            </w:r>
            <w:proofErr w:type="spellEnd"/>
            <w:r w:rsidRPr="00781623">
              <w:rPr>
                <w:lang w:val="ru-RU"/>
              </w:rPr>
              <w:t xml:space="preserve"> теми та </w:t>
            </w:r>
            <w:proofErr w:type="spellStart"/>
            <w:r w:rsidRPr="00781623">
              <w:rPr>
                <w:lang w:val="ru-RU"/>
              </w:rPr>
              <w:t>ідеї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>
              <w:t>Автобіографізм</w:t>
            </w:r>
            <w:proofErr w:type="spellEnd"/>
            <w:r>
              <w:t xml:space="preserve"> «</w:t>
            </w:r>
            <w:proofErr w:type="spellStart"/>
            <w:r>
              <w:t>Іmpromt</w:t>
            </w:r>
            <w:r>
              <w:t>u</w:t>
            </w:r>
            <w:proofErr w:type="spellEnd"/>
            <w:r>
              <w:t xml:space="preserve"> </w:t>
            </w:r>
            <w:proofErr w:type="spellStart"/>
            <w:r>
              <w:t>phantasie</w:t>
            </w:r>
            <w:proofErr w:type="spellEnd"/>
            <w:r>
              <w:t>» («</w:t>
            </w:r>
            <w:proofErr w:type="spellStart"/>
            <w:r>
              <w:t>Фантазія-експромт</w:t>
            </w:r>
            <w:proofErr w:type="spellEnd"/>
            <w:r>
              <w:t>»)</w:t>
            </w:r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622508"/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40</w:t>
            </w:r>
          </w:p>
        </w:tc>
        <w:tc>
          <w:tcPr>
            <w:tcW w:w="5669" w:type="dxa"/>
          </w:tcPr>
          <w:p w:rsidR="00622508" w:rsidRDefault="002B2B48">
            <w:r>
              <w:t>Ольга Кобилянська. «Іmpromtu phantasie». Становлення особистості, цілеспрямованої й цілісної натури. Образ ліричної героїні новели-роздуму</w:t>
            </w:r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622508"/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41</w:t>
            </w:r>
          </w:p>
        </w:tc>
        <w:tc>
          <w:tcPr>
            <w:tcW w:w="5669" w:type="dxa"/>
          </w:tcPr>
          <w:p w:rsidR="00622508" w:rsidRDefault="002B2B48">
            <w:r>
              <w:t>Ольга Кобилянська. Образи нових жінок-інтелектуалок: талановитої піані</w:t>
            </w:r>
            <w:r>
              <w:t xml:space="preserve">стки Софії, аристократичної Марти, пристрасної і вольової художниці Ганнусі у «Valse </w:t>
            </w:r>
            <w:r>
              <w:lastRenderedPageBreak/>
              <w:t>melancolique» («Меланхолійний вальс»)</w:t>
            </w:r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622508"/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lastRenderedPageBreak/>
              <w:t>42</w:t>
            </w:r>
          </w:p>
        </w:tc>
        <w:tc>
          <w:tcPr>
            <w:tcW w:w="5669" w:type="dxa"/>
          </w:tcPr>
          <w:p w:rsidR="00622508" w:rsidRDefault="002B2B48">
            <w:r>
              <w:t xml:space="preserve">Ольга Кобилянська. «Valse melancolique». Роль образу мелодії вальсу у відтворенні внутрішнього світу героїнь. Глибокий </w:t>
            </w:r>
            <w:r>
              <w:t>психологізм твору як новаторство О. Кобилянської</w:t>
            </w:r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622508"/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43</w:t>
            </w:r>
          </w:p>
        </w:tc>
        <w:tc>
          <w:tcPr>
            <w:tcW w:w="5669" w:type="dxa"/>
          </w:tcPr>
          <w:p w:rsidR="00622508" w:rsidRDefault="002B2B48">
            <w:r>
              <w:t>Контрольна робота №4. «Творчість М.Коцюбинського і О.Кобилянської» (тестові завдання, запитання, розгорнута відповідь та інші види робіт)</w:t>
            </w:r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622508"/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t>44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r w:rsidRPr="00781623">
              <w:rPr>
                <w:lang w:val="ru-RU"/>
              </w:rPr>
              <w:t xml:space="preserve">Василь </w:t>
            </w:r>
            <w:proofErr w:type="spellStart"/>
            <w:r w:rsidRPr="00781623">
              <w:rPr>
                <w:lang w:val="ru-RU"/>
              </w:rPr>
              <w:t>Стефаник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Життя</w:t>
            </w:r>
            <w:proofErr w:type="spellEnd"/>
            <w:r w:rsidRPr="00781623">
              <w:rPr>
                <w:lang w:val="ru-RU"/>
              </w:rPr>
              <w:t xml:space="preserve"> і </w:t>
            </w:r>
            <w:proofErr w:type="spellStart"/>
            <w:r w:rsidRPr="00781623">
              <w:rPr>
                <w:lang w:val="ru-RU"/>
              </w:rPr>
              <w:t>творчість</w:t>
            </w:r>
            <w:proofErr w:type="spellEnd"/>
            <w:r w:rsidRPr="00781623">
              <w:rPr>
                <w:lang w:val="ru-RU"/>
              </w:rPr>
              <w:t xml:space="preserve">. Новаторство </w:t>
            </w:r>
            <w:proofErr w:type="spellStart"/>
            <w:r w:rsidRPr="00781623">
              <w:rPr>
                <w:lang w:val="ru-RU"/>
              </w:rPr>
              <w:t>письменни</w:t>
            </w:r>
            <w:r w:rsidRPr="00781623">
              <w:rPr>
                <w:lang w:val="ru-RU"/>
              </w:rPr>
              <w:t>ка</w:t>
            </w:r>
            <w:proofErr w:type="spellEnd"/>
            <w:r w:rsidRPr="00781623">
              <w:rPr>
                <w:lang w:val="ru-RU"/>
              </w:rPr>
              <w:t>. «</w:t>
            </w:r>
            <w:proofErr w:type="spellStart"/>
            <w:r w:rsidRPr="00781623">
              <w:rPr>
                <w:lang w:val="ru-RU"/>
              </w:rPr>
              <w:t>Камінний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хрест</w:t>
            </w:r>
            <w:proofErr w:type="spellEnd"/>
            <w:r w:rsidRPr="00781623">
              <w:rPr>
                <w:lang w:val="ru-RU"/>
              </w:rPr>
              <w:t xml:space="preserve">» – </w:t>
            </w:r>
            <w:proofErr w:type="spellStart"/>
            <w:r w:rsidRPr="00781623">
              <w:rPr>
                <w:lang w:val="ru-RU"/>
              </w:rPr>
              <w:t>психологічне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розкриття</w:t>
            </w:r>
            <w:proofErr w:type="spellEnd"/>
            <w:r w:rsidRPr="00781623">
              <w:rPr>
                <w:lang w:val="ru-RU"/>
              </w:rPr>
              <w:t xml:space="preserve"> теми </w:t>
            </w:r>
            <w:proofErr w:type="spellStart"/>
            <w:r w:rsidRPr="00781623">
              <w:rPr>
                <w:lang w:val="ru-RU"/>
              </w:rPr>
              <w:t>еміграції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Історична</w:t>
            </w:r>
            <w:proofErr w:type="spellEnd"/>
            <w:r w:rsidRPr="00781623">
              <w:rPr>
                <w:lang w:val="ru-RU"/>
              </w:rPr>
              <w:t xml:space="preserve"> основа </w:t>
            </w:r>
            <w:proofErr w:type="spellStart"/>
            <w:r w:rsidRPr="00781623">
              <w:rPr>
                <w:lang w:val="ru-RU"/>
              </w:rPr>
              <w:t>твору</w:t>
            </w:r>
            <w:proofErr w:type="spellEnd"/>
            <w:r w:rsidRPr="00781623">
              <w:rPr>
                <w:lang w:val="ru-RU"/>
              </w:rPr>
              <w:t>. Сюжетно-</w:t>
            </w:r>
            <w:proofErr w:type="spellStart"/>
            <w:r w:rsidRPr="00781623">
              <w:rPr>
                <w:lang w:val="ru-RU"/>
              </w:rPr>
              <w:t>композиційні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особливості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Трагічна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подія</w:t>
            </w:r>
            <w:proofErr w:type="spellEnd"/>
            <w:r w:rsidRPr="00781623">
              <w:rPr>
                <w:lang w:val="ru-RU"/>
              </w:rPr>
              <w:t xml:space="preserve"> – </w:t>
            </w:r>
            <w:proofErr w:type="spellStart"/>
            <w:r w:rsidRPr="00781623">
              <w:rPr>
                <w:lang w:val="ru-RU"/>
              </w:rPr>
              <w:t>композиційний</w:t>
            </w:r>
            <w:proofErr w:type="spellEnd"/>
            <w:r w:rsidRPr="00781623">
              <w:rPr>
                <w:lang w:val="ru-RU"/>
              </w:rPr>
              <w:t xml:space="preserve"> центр новел </w:t>
            </w:r>
            <w:proofErr w:type="spellStart"/>
            <w:r w:rsidRPr="00781623">
              <w:rPr>
                <w:lang w:val="ru-RU"/>
              </w:rPr>
              <w:t>Стефаника</w:t>
            </w:r>
            <w:proofErr w:type="spellEnd"/>
            <w:r w:rsidRPr="00781623">
              <w:rPr>
                <w:lang w:val="ru-RU"/>
              </w:rPr>
              <w:br/>
              <w:t xml:space="preserve">ТЛ: </w:t>
            </w:r>
            <w:proofErr w:type="spellStart"/>
            <w:r w:rsidRPr="00781623">
              <w:rPr>
                <w:lang w:val="ru-RU"/>
              </w:rPr>
              <w:t>експресіонізм</w:t>
            </w:r>
            <w:proofErr w:type="spellEnd"/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45</w:t>
            </w:r>
          </w:p>
        </w:tc>
        <w:tc>
          <w:tcPr>
            <w:tcW w:w="5669" w:type="dxa"/>
          </w:tcPr>
          <w:p w:rsidR="00622508" w:rsidRDefault="002B2B48">
            <w:r w:rsidRPr="00781623">
              <w:rPr>
                <w:lang w:val="ru-RU"/>
              </w:rPr>
              <w:t xml:space="preserve">Василь </w:t>
            </w:r>
            <w:proofErr w:type="spellStart"/>
            <w:r w:rsidRPr="00781623">
              <w:rPr>
                <w:lang w:val="ru-RU"/>
              </w:rPr>
              <w:t>Стефаник</w:t>
            </w:r>
            <w:proofErr w:type="spellEnd"/>
            <w:r w:rsidRPr="00781623">
              <w:rPr>
                <w:lang w:val="ru-RU"/>
              </w:rPr>
              <w:t>. «</w:t>
            </w:r>
            <w:proofErr w:type="spellStart"/>
            <w:r w:rsidRPr="00781623">
              <w:rPr>
                <w:lang w:val="ru-RU"/>
              </w:rPr>
              <w:t>Камінний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хрест</w:t>
            </w:r>
            <w:proofErr w:type="spellEnd"/>
            <w:r w:rsidRPr="00781623">
              <w:rPr>
                <w:lang w:val="ru-RU"/>
              </w:rPr>
              <w:t xml:space="preserve">». Драматизм </w:t>
            </w:r>
            <w:proofErr w:type="spellStart"/>
            <w:r w:rsidRPr="00781623">
              <w:rPr>
                <w:lang w:val="ru-RU"/>
              </w:rPr>
              <w:t>конфлікту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емо</w:t>
            </w:r>
            <w:r w:rsidRPr="00781623">
              <w:rPr>
                <w:lang w:val="ru-RU"/>
              </w:rPr>
              <w:t>ційна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загостреність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зображуваного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>
              <w:t>Багатозначність</w:t>
            </w:r>
            <w:proofErr w:type="spellEnd"/>
            <w:r>
              <w:t xml:space="preserve"> </w:t>
            </w:r>
            <w:proofErr w:type="spellStart"/>
            <w:r>
              <w:t>символічних</w:t>
            </w:r>
            <w:proofErr w:type="spellEnd"/>
            <w:r>
              <w:t xml:space="preserve"> </w:t>
            </w:r>
            <w:proofErr w:type="spellStart"/>
            <w:r>
              <w:t>образів</w:t>
            </w:r>
            <w:proofErr w:type="spellEnd"/>
            <w:r>
              <w:t>. Камінний хрест – уособлення долі людини</w:t>
            </w:r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622508"/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46</w:t>
            </w:r>
          </w:p>
        </w:tc>
        <w:tc>
          <w:tcPr>
            <w:tcW w:w="5669" w:type="dxa"/>
          </w:tcPr>
          <w:p w:rsidR="00622508" w:rsidRDefault="002B2B48">
            <w:r>
              <w:t xml:space="preserve">Василь Стефаник. «Камінний хрест». Ідея нерозривної єдності Івана Дідуха з рідною землею. Останній танець Івана Дідуха перед від’їздом із </w:t>
            </w:r>
            <w:r>
              <w:t>села як символ трагізму прощання з рідним краєм</w:t>
            </w:r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622508"/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47</w:t>
            </w:r>
          </w:p>
        </w:tc>
        <w:tc>
          <w:tcPr>
            <w:tcW w:w="5669" w:type="dxa"/>
          </w:tcPr>
          <w:p w:rsidR="00622508" w:rsidRDefault="002B2B48">
            <w:proofErr w:type="spellStart"/>
            <w:r w:rsidRPr="00781623">
              <w:rPr>
                <w:lang w:val="ru-RU"/>
              </w:rPr>
              <w:t>Володимир</w:t>
            </w:r>
            <w:proofErr w:type="spellEnd"/>
            <w:r w:rsidRPr="00781623">
              <w:rPr>
                <w:lang w:val="ru-RU"/>
              </w:rPr>
              <w:t xml:space="preserve"> Винниченко. </w:t>
            </w:r>
            <w:proofErr w:type="spellStart"/>
            <w:r w:rsidRPr="00781623">
              <w:rPr>
                <w:lang w:val="ru-RU"/>
              </w:rPr>
              <w:t>Життя</w:t>
            </w:r>
            <w:proofErr w:type="spellEnd"/>
            <w:r w:rsidRPr="00781623">
              <w:rPr>
                <w:lang w:val="ru-RU"/>
              </w:rPr>
              <w:t xml:space="preserve"> і </w:t>
            </w:r>
            <w:proofErr w:type="spellStart"/>
            <w:r w:rsidRPr="00781623">
              <w:rPr>
                <w:lang w:val="ru-RU"/>
              </w:rPr>
              <w:t>творчість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громадська</w:t>
            </w:r>
            <w:proofErr w:type="spellEnd"/>
            <w:r w:rsidRPr="00781623">
              <w:rPr>
                <w:lang w:val="ru-RU"/>
              </w:rPr>
              <w:t xml:space="preserve"> і </w:t>
            </w:r>
            <w:proofErr w:type="spellStart"/>
            <w:r w:rsidRPr="00781623">
              <w:rPr>
                <w:lang w:val="ru-RU"/>
              </w:rPr>
              <w:t>політична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діяльність</w:t>
            </w:r>
            <w:proofErr w:type="spellEnd"/>
            <w:r w:rsidRPr="00781623">
              <w:rPr>
                <w:lang w:val="ru-RU"/>
              </w:rPr>
              <w:t xml:space="preserve">. Винниченко-художник. </w:t>
            </w:r>
            <w:proofErr w:type="spellStart"/>
            <w:r w:rsidRPr="00781623">
              <w:rPr>
                <w:lang w:val="ru-RU"/>
              </w:rPr>
              <w:t>Прозові</w:t>
            </w:r>
            <w:proofErr w:type="spellEnd"/>
            <w:r w:rsidRPr="00781623">
              <w:rPr>
                <w:lang w:val="ru-RU"/>
              </w:rPr>
              <w:t xml:space="preserve"> й </w:t>
            </w:r>
            <w:proofErr w:type="spellStart"/>
            <w:r w:rsidRPr="00781623">
              <w:rPr>
                <w:lang w:val="ru-RU"/>
              </w:rPr>
              <w:t>драматичні</w:t>
            </w:r>
            <w:proofErr w:type="spellEnd"/>
            <w:r w:rsidRPr="00781623">
              <w:rPr>
                <w:lang w:val="ru-RU"/>
              </w:rPr>
              <w:t xml:space="preserve"> твори. Перший </w:t>
            </w:r>
            <w:proofErr w:type="spellStart"/>
            <w:r w:rsidRPr="00781623">
              <w:rPr>
                <w:lang w:val="ru-RU"/>
              </w:rPr>
              <w:t>український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науково-фантастичний</w:t>
            </w:r>
            <w:proofErr w:type="spellEnd"/>
            <w:r w:rsidRPr="00781623">
              <w:rPr>
                <w:lang w:val="ru-RU"/>
              </w:rPr>
              <w:t xml:space="preserve"> роман «</w:t>
            </w:r>
            <w:proofErr w:type="spellStart"/>
            <w:r w:rsidRPr="00781623">
              <w:rPr>
                <w:lang w:val="ru-RU"/>
              </w:rPr>
              <w:t>Сонячна</w:t>
            </w:r>
            <w:proofErr w:type="spellEnd"/>
            <w:r w:rsidRPr="00781623">
              <w:rPr>
                <w:lang w:val="ru-RU"/>
              </w:rPr>
              <w:t xml:space="preserve"> машина», </w:t>
            </w:r>
            <w:proofErr w:type="spellStart"/>
            <w:r w:rsidRPr="00781623">
              <w:rPr>
                <w:lang w:val="ru-RU"/>
              </w:rPr>
              <w:t>його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популярн</w:t>
            </w:r>
            <w:r w:rsidRPr="00781623">
              <w:rPr>
                <w:lang w:val="ru-RU"/>
              </w:rPr>
              <w:t>ість</w:t>
            </w:r>
            <w:proofErr w:type="spellEnd"/>
            <w:r w:rsidRPr="00781623">
              <w:rPr>
                <w:lang w:val="ru-RU"/>
              </w:rPr>
              <w:t xml:space="preserve"> у 1920-ті роки. </w:t>
            </w:r>
            <w:proofErr w:type="spellStart"/>
            <w:r>
              <w:t>Успіх</w:t>
            </w:r>
            <w:proofErr w:type="spellEnd"/>
            <w:r>
              <w:t xml:space="preserve"> </w:t>
            </w:r>
            <w:proofErr w:type="spellStart"/>
            <w:r>
              <w:t>п’єс</w:t>
            </w:r>
            <w:proofErr w:type="spellEnd"/>
            <w:r>
              <w:t xml:space="preserve"> </w:t>
            </w:r>
            <w:proofErr w:type="spellStart"/>
            <w:r>
              <w:t>В.Винниченка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світовій сцені</w:t>
            </w:r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622508"/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48</w:t>
            </w:r>
          </w:p>
        </w:tc>
        <w:tc>
          <w:tcPr>
            <w:tcW w:w="5669" w:type="dxa"/>
          </w:tcPr>
          <w:p w:rsidR="00622508" w:rsidRDefault="002B2B48">
            <w:r>
              <w:t>Володимир Винниченко. Поєднання в новелі «Момент» реалістичного змалювання дійсності та філософського підтексту (плинність життя, щастя людини, мить – частинка вічності тощо)</w:t>
            </w:r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622508"/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49</w:t>
            </w:r>
          </w:p>
        </w:tc>
        <w:tc>
          <w:tcPr>
            <w:tcW w:w="5669" w:type="dxa"/>
          </w:tcPr>
          <w:p w:rsidR="00622508" w:rsidRDefault="002B2B48">
            <w:proofErr w:type="spellStart"/>
            <w:r w:rsidRPr="00781623">
              <w:rPr>
                <w:lang w:val="ru-RU"/>
              </w:rPr>
              <w:t>Володи</w:t>
            </w:r>
            <w:r w:rsidRPr="00781623">
              <w:rPr>
                <w:lang w:val="ru-RU"/>
              </w:rPr>
              <w:t>мир</w:t>
            </w:r>
            <w:proofErr w:type="spellEnd"/>
            <w:r w:rsidRPr="00781623">
              <w:rPr>
                <w:lang w:val="ru-RU"/>
              </w:rPr>
              <w:t xml:space="preserve"> Винниченко. «Момент». </w:t>
            </w:r>
            <w:r w:rsidRPr="00781623">
              <w:rPr>
                <w:lang w:val="ru-RU"/>
              </w:rPr>
              <w:lastRenderedPageBreak/>
              <w:t xml:space="preserve">Образ </w:t>
            </w:r>
            <w:proofErr w:type="spellStart"/>
            <w:r w:rsidRPr="00781623">
              <w:rPr>
                <w:lang w:val="ru-RU"/>
              </w:rPr>
              <w:t>панни</w:t>
            </w:r>
            <w:proofErr w:type="spellEnd"/>
            <w:r w:rsidRPr="00781623">
              <w:rPr>
                <w:lang w:val="ru-RU"/>
              </w:rPr>
              <w:t xml:space="preserve"> (</w:t>
            </w:r>
            <w:proofErr w:type="spellStart"/>
            <w:r w:rsidRPr="00781623">
              <w:rPr>
                <w:lang w:val="ru-RU"/>
              </w:rPr>
              <w:t>Мусі</w:t>
            </w:r>
            <w:proofErr w:type="spellEnd"/>
            <w:r w:rsidRPr="00781623">
              <w:rPr>
                <w:lang w:val="ru-RU"/>
              </w:rPr>
              <w:t xml:space="preserve">) – </w:t>
            </w:r>
            <w:proofErr w:type="spellStart"/>
            <w:r w:rsidRPr="00781623">
              <w:rPr>
                <w:lang w:val="ru-RU"/>
              </w:rPr>
              <w:t>утілення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ідеї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вічної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жіночності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краси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>
              <w:t>Імпресіонізм</w:t>
            </w:r>
            <w:proofErr w:type="spellEnd"/>
            <w:r>
              <w:t xml:space="preserve"> </w:t>
            </w:r>
            <w:proofErr w:type="spellStart"/>
            <w:r>
              <w:t>новели</w:t>
            </w:r>
            <w:proofErr w:type="spellEnd"/>
            <w:r>
              <w:t>. Значення літературно-художньої спадщини В.Винниченка</w:t>
            </w:r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622508"/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lastRenderedPageBreak/>
              <w:t>50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proofErr w:type="spellStart"/>
            <w:r w:rsidRPr="00781623">
              <w:rPr>
                <w:lang w:val="ru-RU"/>
              </w:rPr>
              <w:t>Образне</w:t>
            </w:r>
            <w:proofErr w:type="spellEnd"/>
            <w:r w:rsidRPr="00781623">
              <w:rPr>
                <w:lang w:val="ru-RU"/>
              </w:rPr>
              <w:t xml:space="preserve"> слово </w:t>
            </w:r>
            <w:proofErr w:type="spellStart"/>
            <w:r w:rsidRPr="00781623">
              <w:rPr>
                <w:lang w:val="ru-RU"/>
              </w:rPr>
              <w:t>поетичного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модернізму</w:t>
            </w:r>
            <w:proofErr w:type="spellEnd"/>
            <w:r w:rsidRPr="00781623">
              <w:rPr>
                <w:lang w:val="ru-RU"/>
              </w:rPr>
              <w:br/>
              <w:t xml:space="preserve">Альманах «З-над </w:t>
            </w:r>
            <w:proofErr w:type="spellStart"/>
            <w:r w:rsidRPr="00781623">
              <w:rPr>
                <w:lang w:val="ru-RU"/>
              </w:rPr>
              <w:t>хмар</w:t>
            </w:r>
            <w:proofErr w:type="spellEnd"/>
            <w:r w:rsidRPr="00781623">
              <w:rPr>
                <w:lang w:val="ru-RU"/>
              </w:rPr>
              <w:t xml:space="preserve"> і з долин», </w:t>
            </w:r>
            <w:proofErr w:type="spellStart"/>
            <w:r w:rsidRPr="00781623">
              <w:rPr>
                <w:lang w:val="ru-RU"/>
              </w:rPr>
              <w:t>угруповання</w:t>
            </w:r>
            <w:proofErr w:type="spellEnd"/>
            <w:r w:rsidRPr="00781623">
              <w:rPr>
                <w:lang w:val="ru-RU"/>
              </w:rPr>
              <w:t xml:space="preserve"> «Молода </w:t>
            </w:r>
            <w:r w:rsidRPr="00781623">
              <w:rPr>
                <w:lang w:val="ru-RU"/>
              </w:rPr>
              <w:t xml:space="preserve">муза» – </w:t>
            </w:r>
            <w:proofErr w:type="spellStart"/>
            <w:r w:rsidRPr="00781623">
              <w:rPr>
                <w:lang w:val="ru-RU"/>
              </w:rPr>
              <w:t>зв’язок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із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зарубіжною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літературою</w:t>
            </w:r>
            <w:proofErr w:type="spellEnd"/>
            <w:r w:rsidRPr="00781623">
              <w:rPr>
                <w:lang w:val="ru-RU"/>
              </w:rPr>
              <w:t xml:space="preserve">, «нова» драма на </w:t>
            </w:r>
            <w:proofErr w:type="spellStart"/>
            <w:r w:rsidRPr="00781623">
              <w:rPr>
                <w:lang w:val="ru-RU"/>
              </w:rPr>
              <w:t>межі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століть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Загальнолюдське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національне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особисте</w:t>
            </w:r>
            <w:proofErr w:type="spellEnd"/>
            <w:r w:rsidRPr="00781623">
              <w:rPr>
                <w:lang w:val="ru-RU"/>
              </w:rPr>
              <w:t xml:space="preserve">. Леся </w:t>
            </w:r>
            <w:proofErr w:type="spellStart"/>
            <w:r w:rsidRPr="00781623">
              <w:rPr>
                <w:lang w:val="ru-RU"/>
              </w:rPr>
              <w:t>Українка</w:t>
            </w:r>
            <w:proofErr w:type="spellEnd"/>
            <w:r w:rsidRPr="00781623">
              <w:rPr>
                <w:lang w:val="ru-RU"/>
              </w:rPr>
              <w:t xml:space="preserve"> (Лариса Косач). </w:t>
            </w:r>
            <w:proofErr w:type="spellStart"/>
            <w:r w:rsidRPr="00781623">
              <w:rPr>
                <w:lang w:val="ru-RU"/>
              </w:rPr>
              <w:t>Життєвий</w:t>
            </w:r>
            <w:proofErr w:type="spellEnd"/>
            <w:r w:rsidRPr="00781623">
              <w:rPr>
                <w:lang w:val="ru-RU"/>
              </w:rPr>
              <w:t xml:space="preserve"> і </w:t>
            </w:r>
            <w:proofErr w:type="spellStart"/>
            <w:r w:rsidRPr="00781623">
              <w:rPr>
                <w:lang w:val="ru-RU"/>
              </w:rPr>
              <w:t>творчий</w:t>
            </w:r>
            <w:proofErr w:type="spellEnd"/>
            <w:r w:rsidRPr="00781623">
              <w:rPr>
                <w:lang w:val="ru-RU"/>
              </w:rPr>
              <w:t xml:space="preserve"> шлях. Драматична </w:t>
            </w:r>
            <w:proofErr w:type="spellStart"/>
            <w:r w:rsidRPr="00781623">
              <w:rPr>
                <w:lang w:val="ru-RU"/>
              </w:rPr>
              <w:t>спадщина</w:t>
            </w:r>
            <w:proofErr w:type="spellEnd"/>
            <w:r w:rsidRPr="00781623">
              <w:rPr>
                <w:lang w:val="ru-RU"/>
              </w:rPr>
              <w:t xml:space="preserve">. Роль </w:t>
            </w:r>
            <w:proofErr w:type="spellStart"/>
            <w:r w:rsidRPr="00781623">
              <w:rPr>
                <w:lang w:val="ru-RU"/>
              </w:rPr>
              <w:t>родини</w:t>
            </w:r>
            <w:proofErr w:type="spellEnd"/>
            <w:r w:rsidRPr="00781623">
              <w:rPr>
                <w:lang w:val="ru-RU"/>
              </w:rPr>
              <w:t xml:space="preserve">, культурного </w:t>
            </w:r>
            <w:proofErr w:type="spellStart"/>
            <w:r w:rsidRPr="00781623">
              <w:rPr>
                <w:lang w:val="ru-RU"/>
              </w:rPr>
              <w:t>оточення</w:t>
            </w:r>
            <w:proofErr w:type="spellEnd"/>
            <w:r w:rsidRPr="00781623">
              <w:rPr>
                <w:lang w:val="ru-RU"/>
              </w:rPr>
              <w:t xml:space="preserve"> й </w:t>
            </w:r>
            <w:proofErr w:type="spellStart"/>
            <w:r w:rsidRPr="00781623">
              <w:rPr>
                <w:lang w:val="ru-RU"/>
              </w:rPr>
              <w:t>самоосвіти</w:t>
            </w:r>
            <w:proofErr w:type="spellEnd"/>
            <w:r w:rsidRPr="00781623">
              <w:rPr>
                <w:lang w:val="ru-RU"/>
              </w:rPr>
              <w:t xml:space="preserve"> у </w:t>
            </w:r>
            <w:proofErr w:type="spellStart"/>
            <w:r w:rsidRPr="00781623">
              <w:rPr>
                <w:lang w:val="ru-RU"/>
              </w:rPr>
              <w:t>формуванні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світоба</w:t>
            </w:r>
            <w:r w:rsidRPr="00781623">
              <w:rPr>
                <w:lang w:val="ru-RU"/>
              </w:rPr>
              <w:t>чення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письменниці</w:t>
            </w:r>
            <w:proofErr w:type="spellEnd"/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51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r w:rsidRPr="00781623">
              <w:rPr>
                <w:lang w:val="ru-RU"/>
              </w:rPr>
              <w:t xml:space="preserve">Леся </w:t>
            </w:r>
            <w:proofErr w:type="spellStart"/>
            <w:r w:rsidRPr="00781623">
              <w:rPr>
                <w:lang w:val="ru-RU"/>
              </w:rPr>
              <w:t>Українка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Збірка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поезій</w:t>
            </w:r>
            <w:proofErr w:type="spellEnd"/>
            <w:r w:rsidRPr="00781623">
              <w:rPr>
                <w:lang w:val="ru-RU"/>
              </w:rPr>
              <w:t xml:space="preserve"> «На </w:t>
            </w:r>
            <w:proofErr w:type="spellStart"/>
            <w:r w:rsidRPr="00781623">
              <w:rPr>
                <w:lang w:val="ru-RU"/>
              </w:rPr>
              <w:t>крилах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пісень</w:t>
            </w:r>
            <w:proofErr w:type="spellEnd"/>
            <w:r w:rsidRPr="00781623">
              <w:rPr>
                <w:lang w:val="ru-RU"/>
              </w:rPr>
              <w:t xml:space="preserve">», </w:t>
            </w:r>
            <w:proofErr w:type="spellStart"/>
            <w:r w:rsidRPr="00781623">
              <w:rPr>
                <w:lang w:val="ru-RU"/>
              </w:rPr>
              <w:t>її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висока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оцінка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І.Франком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Основні</w:t>
            </w:r>
            <w:proofErr w:type="spellEnd"/>
            <w:r w:rsidRPr="00781623">
              <w:rPr>
                <w:lang w:val="ru-RU"/>
              </w:rPr>
              <w:t xml:space="preserve"> цикли </w:t>
            </w:r>
            <w:proofErr w:type="spellStart"/>
            <w:r w:rsidRPr="00781623">
              <w:rPr>
                <w:lang w:val="ru-RU"/>
              </w:rPr>
              <w:t>поезій</w:t>
            </w:r>
            <w:proofErr w:type="spellEnd"/>
            <w:r w:rsidRPr="00781623">
              <w:rPr>
                <w:lang w:val="ru-RU"/>
              </w:rPr>
              <w:t xml:space="preserve">. Неоромантизм як основа </w:t>
            </w:r>
            <w:proofErr w:type="spellStart"/>
            <w:r w:rsidRPr="00781623">
              <w:rPr>
                <w:lang w:val="ru-RU"/>
              </w:rPr>
              <w:t>естетичної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позиції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Лесі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Українки</w:t>
            </w:r>
            <w:proofErr w:type="spellEnd"/>
            <w:r w:rsidRPr="00781623">
              <w:rPr>
                <w:lang w:val="ru-RU"/>
              </w:rPr>
              <w:t>. «</w:t>
            </w:r>
            <w:r>
              <w:t>Contra</w:t>
            </w:r>
            <w:r w:rsidRPr="00781623">
              <w:rPr>
                <w:lang w:val="ru-RU"/>
              </w:rPr>
              <w:t xml:space="preserve"> </w:t>
            </w:r>
            <w:proofErr w:type="spellStart"/>
            <w:r>
              <w:t>spem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>
              <w:t>spero</w:t>
            </w:r>
            <w:proofErr w:type="spellEnd"/>
            <w:r w:rsidRPr="00781623">
              <w:rPr>
                <w:lang w:val="ru-RU"/>
              </w:rPr>
              <w:t xml:space="preserve">!» як </w:t>
            </w:r>
            <w:proofErr w:type="spellStart"/>
            <w:r w:rsidRPr="00781623">
              <w:rPr>
                <w:lang w:val="ru-RU"/>
              </w:rPr>
              <w:t>світоглядна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декларація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сильної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вольової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особистості</w:t>
            </w:r>
            <w:proofErr w:type="spellEnd"/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Default="002B2B48">
            <w:proofErr w:type="spellStart"/>
            <w:r>
              <w:t>Напам’ять</w:t>
            </w:r>
            <w:proofErr w:type="spellEnd"/>
          </w:p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t>52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r w:rsidRPr="00781623">
              <w:rPr>
                <w:lang w:val="ru-RU"/>
              </w:rPr>
              <w:t xml:space="preserve">Леся </w:t>
            </w:r>
            <w:proofErr w:type="spellStart"/>
            <w:r w:rsidRPr="00781623">
              <w:rPr>
                <w:lang w:val="ru-RU"/>
              </w:rPr>
              <w:t>Українка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Символічність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романтичні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образи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образотворчий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прийом</w:t>
            </w:r>
            <w:proofErr w:type="spellEnd"/>
            <w:r w:rsidRPr="00781623">
              <w:rPr>
                <w:lang w:val="ru-RU"/>
              </w:rPr>
              <w:t xml:space="preserve"> контрасту. </w:t>
            </w:r>
            <w:proofErr w:type="spellStart"/>
            <w:r w:rsidRPr="00781623">
              <w:rPr>
                <w:lang w:val="ru-RU"/>
              </w:rPr>
              <w:t>Призначення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поета</w:t>
            </w:r>
            <w:proofErr w:type="spellEnd"/>
            <w:r w:rsidRPr="00781623">
              <w:rPr>
                <w:lang w:val="ru-RU"/>
              </w:rPr>
              <w:t xml:space="preserve"> й </w:t>
            </w:r>
            <w:proofErr w:type="spellStart"/>
            <w:r w:rsidRPr="00781623">
              <w:rPr>
                <w:lang w:val="ru-RU"/>
              </w:rPr>
              <w:t>поезії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мужність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ліричної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героїні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автобіографічні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мотиви</w:t>
            </w:r>
            <w:proofErr w:type="spellEnd"/>
            <w:r w:rsidRPr="00781623">
              <w:rPr>
                <w:lang w:val="ru-RU"/>
              </w:rPr>
              <w:t xml:space="preserve"> («Слово, </w:t>
            </w:r>
            <w:proofErr w:type="spellStart"/>
            <w:r w:rsidRPr="00781623">
              <w:rPr>
                <w:lang w:val="ru-RU"/>
              </w:rPr>
              <w:t>чому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ти</w:t>
            </w:r>
            <w:proofErr w:type="spellEnd"/>
            <w:r w:rsidRPr="00781623">
              <w:rPr>
                <w:lang w:val="ru-RU"/>
              </w:rPr>
              <w:t xml:space="preserve"> не твердая </w:t>
            </w:r>
            <w:proofErr w:type="spellStart"/>
            <w:r w:rsidRPr="00781623">
              <w:rPr>
                <w:lang w:val="ru-RU"/>
              </w:rPr>
              <w:t>криця</w:t>
            </w:r>
            <w:proofErr w:type="spellEnd"/>
            <w:r w:rsidRPr="00781623">
              <w:rPr>
                <w:lang w:val="ru-RU"/>
              </w:rPr>
              <w:t>…»)</w:t>
            </w:r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t>53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r w:rsidRPr="00781623">
              <w:rPr>
                <w:lang w:val="ru-RU"/>
              </w:rPr>
              <w:t xml:space="preserve">Леся </w:t>
            </w:r>
            <w:proofErr w:type="spellStart"/>
            <w:r w:rsidRPr="00781623">
              <w:rPr>
                <w:lang w:val="ru-RU"/>
              </w:rPr>
              <w:t>Українка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Відданість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своїм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мріям</w:t>
            </w:r>
            <w:proofErr w:type="spellEnd"/>
            <w:r w:rsidRPr="00781623">
              <w:rPr>
                <w:lang w:val="ru-RU"/>
              </w:rPr>
              <w:t>,</w:t>
            </w:r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наполегливе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прагнення</w:t>
            </w:r>
            <w:proofErr w:type="spellEnd"/>
            <w:r w:rsidRPr="00781623">
              <w:rPr>
                <w:lang w:val="ru-RU"/>
              </w:rPr>
              <w:t xml:space="preserve"> до мети («</w:t>
            </w:r>
            <w:proofErr w:type="spellStart"/>
            <w:r w:rsidRPr="00781623">
              <w:rPr>
                <w:lang w:val="ru-RU"/>
              </w:rPr>
              <w:t>Мріє</w:t>
            </w:r>
            <w:proofErr w:type="spellEnd"/>
            <w:r w:rsidRPr="00781623">
              <w:rPr>
                <w:lang w:val="ru-RU"/>
              </w:rPr>
              <w:t xml:space="preserve">, не </w:t>
            </w:r>
            <w:proofErr w:type="spellStart"/>
            <w:r w:rsidRPr="00781623">
              <w:rPr>
                <w:lang w:val="ru-RU"/>
              </w:rPr>
              <w:t>зрадь</w:t>
            </w:r>
            <w:proofErr w:type="spellEnd"/>
            <w:r w:rsidRPr="00781623">
              <w:rPr>
                <w:lang w:val="ru-RU"/>
              </w:rPr>
              <w:t xml:space="preserve">»). </w:t>
            </w:r>
            <w:proofErr w:type="spellStart"/>
            <w:r w:rsidRPr="00781623">
              <w:rPr>
                <w:lang w:val="ru-RU"/>
              </w:rPr>
              <w:t>Зображення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повені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людських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почуттів</w:t>
            </w:r>
            <w:proofErr w:type="spellEnd"/>
            <w:r w:rsidRPr="00781623">
              <w:rPr>
                <w:lang w:val="ru-RU"/>
              </w:rPr>
              <w:t xml:space="preserve"> у </w:t>
            </w:r>
            <w:proofErr w:type="spellStart"/>
            <w:r w:rsidRPr="00781623">
              <w:rPr>
                <w:lang w:val="ru-RU"/>
              </w:rPr>
              <w:t>вірші</w:t>
            </w:r>
            <w:proofErr w:type="spellEnd"/>
            <w:r w:rsidRPr="00781623">
              <w:rPr>
                <w:lang w:val="ru-RU"/>
              </w:rPr>
              <w:t xml:space="preserve"> «Стояла я і </w:t>
            </w:r>
            <w:proofErr w:type="spellStart"/>
            <w:r w:rsidRPr="00781623">
              <w:rPr>
                <w:lang w:val="ru-RU"/>
              </w:rPr>
              <w:t>слухала</w:t>
            </w:r>
            <w:proofErr w:type="spellEnd"/>
            <w:r w:rsidRPr="00781623">
              <w:rPr>
                <w:lang w:val="ru-RU"/>
              </w:rPr>
              <w:t xml:space="preserve"> весну…»</w:t>
            </w:r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t>54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r w:rsidRPr="00781623">
              <w:rPr>
                <w:lang w:val="ru-RU"/>
              </w:rPr>
              <w:t xml:space="preserve">Леся </w:t>
            </w:r>
            <w:proofErr w:type="spellStart"/>
            <w:r w:rsidRPr="00781623">
              <w:rPr>
                <w:lang w:val="ru-RU"/>
              </w:rPr>
              <w:t>Українка</w:t>
            </w:r>
            <w:proofErr w:type="spellEnd"/>
            <w:r w:rsidRPr="00781623">
              <w:rPr>
                <w:lang w:val="ru-RU"/>
              </w:rPr>
              <w:t>. Драма-</w:t>
            </w:r>
            <w:proofErr w:type="spellStart"/>
            <w:r w:rsidRPr="00781623">
              <w:rPr>
                <w:lang w:val="ru-RU"/>
              </w:rPr>
              <w:t>феєрія</w:t>
            </w:r>
            <w:proofErr w:type="spellEnd"/>
            <w:r w:rsidRPr="00781623">
              <w:rPr>
                <w:lang w:val="ru-RU"/>
              </w:rPr>
              <w:t xml:space="preserve"> «</w:t>
            </w:r>
            <w:proofErr w:type="spellStart"/>
            <w:r w:rsidRPr="00781623">
              <w:rPr>
                <w:lang w:val="ru-RU"/>
              </w:rPr>
              <w:t>Лісова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пісня</w:t>
            </w:r>
            <w:proofErr w:type="spellEnd"/>
            <w:r w:rsidRPr="00781623">
              <w:rPr>
                <w:lang w:val="ru-RU"/>
              </w:rPr>
              <w:t>». Фольклорно-</w:t>
            </w:r>
            <w:proofErr w:type="spellStart"/>
            <w:r w:rsidRPr="00781623">
              <w:rPr>
                <w:lang w:val="ru-RU"/>
              </w:rPr>
              <w:t>міфологічна</w:t>
            </w:r>
            <w:proofErr w:type="spellEnd"/>
            <w:r w:rsidRPr="00781623">
              <w:rPr>
                <w:lang w:val="ru-RU"/>
              </w:rPr>
              <w:t xml:space="preserve"> основа</w:t>
            </w:r>
            <w:r w:rsidRPr="00781623">
              <w:rPr>
                <w:lang w:val="ru-RU"/>
              </w:rPr>
              <w:br/>
              <w:t>ТЛ: неоромантизм, драма-</w:t>
            </w:r>
            <w:proofErr w:type="spellStart"/>
            <w:r w:rsidRPr="00781623">
              <w:rPr>
                <w:lang w:val="ru-RU"/>
              </w:rPr>
              <w:t>феєрія</w:t>
            </w:r>
            <w:proofErr w:type="spellEnd"/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t>55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r w:rsidRPr="00781623">
              <w:rPr>
                <w:lang w:val="ru-RU"/>
              </w:rPr>
              <w:t xml:space="preserve">Леся </w:t>
            </w:r>
            <w:proofErr w:type="spellStart"/>
            <w:r w:rsidRPr="00781623">
              <w:rPr>
                <w:lang w:val="ru-RU"/>
              </w:rPr>
              <w:t>Українка</w:t>
            </w:r>
            <w:proofErr w:type="spellEnd"/>
            <w:r w:rsidRPr="00781623">
              <w:rPr>
                <w:lang w:val="ru-RU"/>
              </w:rPr>
              <w:t xml:space="preserve">. </w:t>
            </w:r>
            <w:r w:rsidRPr="00781623">
              <w:rPr>
                <w:lang w:val="ru-RU"/>
              </w:rPr>
              <w:t>«</w:t>
            </w:r>
            <w:proofErr w:type="spellStart"/>
            <w:r w:rsidRPr="00781623">
              <w:rPr>
                <w:lang w:val="ru-RU"/>
              </w:rPr>
              <w:t>Лісова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пісня</w:t>
            </w:r>
            <w:proofErr w:type="spellEnd"/>
            <w:r w:rsidRPr="00781623">
              <w:rPr>
                <w:lang w:val="ru-RU"/>
              </w:rPr>
              <w:t xml:space="preserve">». </w:t>
            </w:r>
            <w:proofErr w:type="spellStart"/>
            <w:r w:rsidRPr="00781623">
              <w:rPr>
                <w:lang w:val="ru-RU"/>
              </w:rPr>
              <w:t>Символічність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образів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Мавки</w:t>
            </w:r>
            <w:proofErr w:type="spellEnd"/>
            <w:r w:rsidRPr="00781623">
              <w:rPr>
                <w:lang w:val="ru-RU"/>
              </w:rPr>
              <w:t xml:space="preserve"> і дядька Лева – </w:t>
            </w:r>
            <w:proofErr w:type="spellStart"/>
            <w:r w:rsidRPr="00781623">
              <w:rPr>
                <w:lang w:val="ru-RU"/>
              </w:rPr>
              <w:t>уособлення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духовності</w:t>
            </w:r>
            <w:proofErr w:type="spellEnd"/>
            <w:r w:rsidRPr="00781623">
              <w:rPr>
                <w:lang w:val="ru-RU"/>
              </w:rPr>
              <w:t xml:space="preserve"> і </w:t>
            </w:r>
            <w:proofErr w:type="spellStart"/>
            <w:r w:rsidRPr="00781623">
              <w:rPr>
                <w:lang w:val="ru-RU"/>
              </w:rPr>
              <w:t>краси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Мати</w:t>
            </w:r>
            <w:proofErr w:type="spellEnd"/>
            <w:r w:rsidRPr="00781623">
              <w:rPr>
                <w:lang w:val="ru-RU"/>
              </w:rPr>
              <w:t xml:space="preserve"> Лукаша й </w:t>
            </w:r>
            <w:proofErr w:type="spellStart"/>
            <w:r w:rsidRPr="00781623">
              <w:rPr>
                <w:lang w:val="ru-RU"/>
              </w:rPr>
              <w:t>Килина</w:t>
            </w:r>
            <w:proofErr w:type="spellEnd"/>
            <w:r w:rsidRPr="00781623">
              <w:rPr>
                <w:lang w:val="ru-RU"/>
              </w:rPr>
              <w:t xml:space="preserve"> – </w:t>
            </w:r>
            <w:proofErr w:type="spellStart"/>
            <w:r w:rsidRPr="00781623">
              <w:rPr>
                <w:lang w:val="ru-RU"/>
              </w:rPr>
              <w:t>антиподи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головній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героїні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Мавці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Симбіоз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високої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духовності</w:t>
            </w:r>
            <w:proofErr w:type="spellEnd"/>
            <w:r w:rsidRPr="00781623">
              <w:rPr>
                <w:lang w:val="ru-RU"/>
              </w:rPr>
              <w:t xml:space="preserve"> і </w:t>
            </w:r>
            <w:proofErr w:type="spellStart"/>
            <w:r w:rsidRPr="00781623">
              <w:rPr>
                <w:lang w:val="ru-RU"/>
              </w:rPr>
              <w:t>буденного</w:t>
            </w:r>
            <w:proofErr w:type="spellEnd"/>
            <w:r w:rsidRPr="00781623">
              <w:rPr>
                <w:lang w:val="ru-RU"/>
              </w:rPr>
              <w:t xml:space="preserve"> прагматизму в </w:t>
            </w:r>
            <w:proofErr w:type="spellStart"/>
            <w:r w:rsidRPr="00781623">
              <w:rPr>
                <w:lang w:val="ru-RU"/>
              </w:rPr>
              <w:t>образі</w:t>
            </w:r>
            <w:proofErr w:type="spellEnd"/>
            <w:r w:rsidRPr="00781623">
              <w:rPr>
                <w:lang w:val="ru-RU"/>
              </w:rPr>
              <w:t xml:space="preserve"> Лукаша</w:t>
            </w:r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lastRenderedPageBreak/>
              <w:t>56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r w:rsidRPr="00781623">
              <w:rPr>
                <w:lang w:val="ru-RU"/>
              </w:rPr>
              <w:t xml:space="preserve">Леся </w:t>
            </w:r>
            <w:proofErr w:type="spellStart"/>
            <w:r w:rsidRPr="00781623">
              <w:rPr>
                <w:lang w:val="ru-RU"/>
              </w:rPr>
              <w:t>Українка</w:t>
            </w:r>
            <w:proofErr w:type="spellEnd"/>
            <w:r w:rsidRPr="00781623">
              <w:rPr>
                <w:lang w:val="ru-RU"/>
              </w:rPr>
              <w:t>. «</w:t>
            </w:r>
            <w:proofErr w:type="spellStart"/>
            <w:r w:rsidRPr="00781623">
              <w:rPr>
                <w:lang w:val="ru-RU"/>
              </w:rPr>
              <w:t>Лісова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пісня</w:t>
            </w:r>
            <w:proofErr w:type="spellEnd"/>
            <w:r w:rsidRPr="00781623">
              <w:rPr>
                <w:lang w:val="ru-RU"/>
              </w:rPr>
              <w:t>». Приро</w:t>
            </w:r>
            <w:r w:rsidRPr="00781623">
              <w:rPr>
                <w:lang w:val="ru-RU"/>
              </w:rPr>
              <w:t xml:space="preserve">да і </w:t>
            </w:r>
            <w:proofErr w:type="spellStart"/>
            <w:r w:rsidRPr="00781623">
              <w:rPr>
                <w:lang w:val="ru-RU"/>
              </w:rPr>
              <w:t>людина</w:t>
            </w:r>
            <w:proofErr w:type="spellEnd"/>
            <w:r w:rsidRPr="00781623">
              <w:rPr>
                <w:lang w:val="ru-RU"/>
              </w:rPr>
              <w:t xml:space="preserve"> у </w:t>
            </w:r>
            <w:proofErr w:type="spellStart"/>
            <w:r w:rsidRPr="00781623">
              <w:rPr>
                <w:lang w:val="ru-RU"/>
              </w:rPr>
              <w:t>творі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Неоромантичне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ствердження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духовної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сутності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людини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її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творчих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можливостей</w:t>
            </w:r>
            <w:proofErr w:type="spellEnd"/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57</w:t>
            </w:r>
          </w:p>
        </w:tc>
        <w:tc>
          <w:tcPr>
            <w:tcW w:w="5669" w:type="dxa"/>
          </w:tcPr>
          <w:p w:rsidR="00622508" w:rsidRDefault="002B2B48">
            <w:r>
              <w:t>Леся Українка. «Лісова пісня». Конфлікт між буденним життям і високими пориваннями особистості, дійсністю і мрією. Почуття кохання Мавки й Лукаша як розкв</w:t>
            </w:r>
            <w:r>
              <w:t>іт творчих сил людини. Художні особливості драми-феєрії</w:t>
            </w:r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622508"/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t>58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proofErr w:type="spellStart"/>
            <w:r w:rsidRPr="00781623">
              <w:rPr>
                <w:lang w:val="ru-RU"/>
              </w:rPr>
              <w:t>Контрольна</w:t>
            </w:r>
            <w:proofErr w:type="spellEnd"/>
            <w:r w:rsidRPr="00781623">
              <w:rPr>
                <w:lang w:val="ru-RU"/>
              </w:rPr>
              <w:t xml:space="preserve"> робота № 5. </w:t>
            </w:r>
            <w:proofErr w:type="spellStart"/>
            <w:r w:rsidRPr="00781623">
              <w:rPr>
                <w:lang w:val="ru-RU"/>
              </w:rPr>
              <w:t>Контрольний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твір</w:t>
            </w:r>
            <w:proofErr w:type="spellEnd"/>
            <w:r w:rsidRPr="00781623">
              <w:rPr>
                <w:lang w:val="ru-RU"/>
              </w:rPr>
              <w:t xml:space="preserve"> за </w:t>
            </w:r>
            <w:proofErr w:type="spellStart"/>
            <w:r w:rsidRPr="00781623">
              <w:rPr>
                <w:lang w:val="ru-RU"/>
              </w:rPr>
              <w:t>однією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із</w:t>
            </w:r>
            <w:proofErr w:type="spellEnd"/>
            <w:r w:rsidRPr="00781623">
              <w:rPr>
                <w:lang w:val="ru-RU"/>
              </w:rPr>
              <w:t xml:space="preserve"> тем «</w:t>
            </w:r>
            <w:proofErr w:type="spellStart"/>
            <w:r w:rsidRPr="00781623">
              <w:rPr>
                <w:lang w:val="ru-RU"/>
              </w:rPr>
              <w:t>Камінний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хрест</w:t>
            </w:r>
            <w:proofErr w:type="spellEnd"/>
            <w:r w:rsidRPr="00781623">
              <w:rPr>
                <w:lang w:val="ru-RU"/>
              </w:rPr>
              <w:t xml:space="preserve"> – </w:t>
            </w:r>
            <w:proofErr w:type="spellStart"/>
            <w:r w:rsidRPr="00781623">
              <w:rPr>
                <w:lang w:val="ru-RU"/>
              </w:rPr>
              <w:t>уособлення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долі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людини</w:t>
            </w:r>
            <w:proofErr w:type="spellEnd"/>
            <w:r w:rsidRPr="00781623">
              <w:rPr>
                <w:lang w:val="ru-RU"/>
              </w:rPr>
              <w:t xml:space="preserve">» (за </w:t>
            </w:r>
            <w:proofErr w:type="spellStart"/>
            <w:r w:rsidRPr="00781623">
              <w:rPr>
                <w:lang w:val="ru-RU"/>
              </w:rPr>
              <w:t>новелою</w:t>
            </w:r>
            <w:proofErr w:type="spellEnd"/>
            <w:r w:rsidRPr="00781623">
              <w:rPr>
                <w:lang w:val="ru-RU"/>
              </w:rPr>
              <w:t xml:space="preserve"> «</w:t>
            </w:r>
            <w:proofErr w:type="spellStart"/>
            <w:r w:rsidRPr="00781623">
              <w:rPr>
                <w:lang w:val="ru-RU"/>
              </w:rPr>
              <w:t>Камінний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хрест</w:t>
            </w:r>
            <w:proofErr w:type="spellEnd"/>
            <w:r w:rsidRPr="00781623">
              <w:rPr>
                <w:lang w:val="ru-RU"/>
              </w:rPr>
              <w:t xml:space="preserve">» </w:t>
            </w:r>
            <w:proofErr w:type="spellStart"/>
            <w:r w:rsidRPr="00781623">
              <w:rPr>
                <w:lang w:val="ru-RU"/>
              </w:rPr>
              <w:t>В.Стефаника</w:t>
            </w:r>
            <w:proofErr w:type="spellEnd"/>
            <w:r w:rsidRPr="00781623">
              <w:rPr>
                <w:lang w:val="ru-RU"/>
              </w:rPr>
              <w:t xml:space="preserve">, «Образ </w:t>
            </w:r>
            <w:proofErr w:type="spellStart"/>
            <w:r w:rsidRPr="00781623">
              <w:rPr>
                <w:lang w:val="ru-RU"/>
              </w:rPr>
              <w:t>панни</w:t>
            </w:r>
            <w:proofErr w:type="spellEnd"/>
            <w:r w:rsidRPr="00781623">
              <w:rPr>
                <w:lang w:val="ru-RU"/>
              </w:rPr>
              <w:t xml:space="preserve"> – </w:t>
            </w:r>
            <w:proofErr w:type="spellStart"/>
            <w:r w:rsidRPr="00781623">
              <w:rPr>
                <w:lang w:val="ru-RU"/>
              </w:rPr>
              <w:t>утілення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ідеї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вічної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жіночності</w:t>
            </w:r>
            <w:proofErr w:type="spellEnd"/>
            <w:r w:rsidRPr="00781623">
              <w:rPr>
                <w:lang w:val="ru-RU"/>
              </w:rPr>
              <w:t xml:space="preserve"> й </w:t>
            </w:r>
            <w:proofErr w:type="spellStart"/>
            <w:r w:rsidRPr="00781623">
              <w:rPr>
                <w:lang w:val="ru-RU"/>
              </w:rPr>
              <w:t>краси</w:t>
            </w:r>
            <w:proofErr w:type="spellEnd"/>
            <w:r w:rsidRPr="00781623">
              <w:rPr>
                <w:lang w:val="ru-RU"/>
              </w:rPr>
              <w:t xml:space="preserve">» (за </w:t>
            </w:r>
            <w:proofErr w:type="spellStart"/>
            <w:r w:rsidRPr="00781623">
              <w:rPr>
                <w:lang w:val="ru-RU"/>
              </w:rPr>
              <w:t>новелою</w:t>
            </w:r>
            <w:proofErr w:type="spellEnd"/>
            <w:r w:rsidRPr="00781623">
              <w:rPr>
                <w:lang w:val="ru-RU"/>
              </w:rPr>
              <w:t xml:space="preserve"> «Момент» </w:t>
            </w:r>
            <w:proofErr w:type="spellStart"/>
            <w:r w:rsidRPr="00781623">
              <w:rPr>
                <w:lang w:val="ru-RU"/>
              </w:rPr>
              <w:t>В.Винниченка</w:t>
            </w:r>
            <w:proofErr w:type="spellEnd"/>
            <w:r w:rsidRPr="00781623">
              <w:rPr>
                <w:lang w:val="ru-RU"/>
              </w:rPr>
              <w:t>, «</w:t>
            </w:r>
            <w:proofErr w:type="spellStart"/>
            <w:r w:rsidRPr="00781623">
              <w:rPr>
                <w:lang w:val="ru-RU"/>
              </w:rPr>
              <w:t>Філософський</w:t>
            </w:r>
            <w:proofErr w:type="spellEnd"/>
            <w:r w:rsidRPr="00781623">
              <w:rPr>
                <w:lang w:val="ru-RU"/>
              </w:rPr>
              <w:t xml:space="preserve"> мотив </w:t>
            </w:r>
            <w:proofErr w:type="spellStart"/>
            <w:r w:rsidRPr="00781623">
              <w:rPr>
                <w:lang w:val="ru-RU"/>
              </w:rPr>
              <w:t>сенсу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людського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життя</w:t>
            </w:r>
            <w:proofErr w:type="spellEnd"/>
            <w:r w:rsidRPr="00781623">
              <w:rPr>
                <w:lang w:val="ru-RU"/>
              </w:rPr>
              <w:t xml:space="preserve"> в </w:t>
            </w:r>
            <w:proofErr w:type="spellStart"/>
            <w:r w:rsidRPr="00781623">
              <w:rPr>
                <w:lang w:val="ru-RU"/>
              </w:rPr>
              <w:t>драмі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Лесі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Українки</w:t>
            </w:r>
            <w:proofErr w:type="spellEnd"/>
            <w:r w:rsidRPr="00781623">
              <w:rPr>
                <w:lang w:val="ru-RU"/>
              </w:rPr>
              <w:t xml:space="preserve"> «</w:t>
            </w:r>
            <w:proofErr w:type="spellStart"/>
            <w:r w:rsidRPr="00781623">
              <w:rPr>
                <w:lang w:val="ru-RU"/>
              </w:rPr>
              <w:t>Лісова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пісня</w:t>
            </w:r>
            <w:proofErr w:type="spellEnd"/>
            <w:r w:rsidRPr="00781623">
              <w:rPr>
                <w:lang w:val="ru-RU"/>
              </w:rPr>
              <w:t>»)</w:t>
            </w:r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59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proofErr w:type="spellStart"/>
            <w:r w:rsidRPr="00781623">
              <w:rPr>
                <w:lang w:val="ru-RU"/>
              </w:rPr>
              <w:t>Микола</w:t>
            </w:r>
            <w:proofErr w:type="spellEnd"/>
            <w:r w:rsidRPr="00781623">
              <w:rPr>
                <w:lang w:val="ru-RU"/>
              </w:rPr>
              <w:t xml:space="preserve"> Вороний. Коротко про </w:t>
            </w:r>
            <w:proofErr w:type="spellStart"/>
            <w:r w:rsidRPr="00781623">
              <w:rPr>
                <w:lang w:val="ru-RU"/>
              </w:rPr>
              <w:t>життя</w:t>
            </w:r>
            <w:proofErr w:type="spellEnd"/>
            <w:r w:rsidRPr="00781623">
              <w:rPr>
                <w:lang w:val="ru-RU"/>
              </w:rPr>
              <w:t xml:space="preserve"> і </w:t>
            </w:r>
            <w:proofErr w:type="spellStart"/>
            <w:r w:rsidRPr="00781623">
              <w:rPr>
                <w:lang w:val="ru-RU"/>
              </w:rPr>
              <w:t>творчість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багатогранну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діяльність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митця</w:t>
            </w:r>
            <w:proofErr w:type="spellEnd"/>
            <w:r w:rsidRPr="00781623">
              <w:rPr>
                <w:lang w:val="ru-RU"/>
              </w:rPr>
              <w:br/>
              <w:t xml:space="preserve">М. Вороний – </w:t>
            </w:r>
            <w:proofErr w:type="spellStart"/>
            <w:r w:rsidRPr="00781623">
              <w:rPr>
                <w:lang w:val="ru-RU"/>
              </w:rPr>
              <w:t>ідеолог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модернізації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української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літер</w:t>
            </w:r>
            <w:r w:rsidRPr="00781623">
              <w:rPr>
                <w:lang w:val="ru-RU"/>
              </w:rPr>
              <w:t>атури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Естетична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програма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митця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націленість</w:t>
            </w:r>
            <w:proofErr w:type="spellEnd"/>
            <w:r w:rsidRPr="00781623">
              <w:rPr>
                <w:lang w:val="ru-RU"/>
              </w:rPr>
              <w:t xml:space="preserve"> на </w:t>
            </w:r>
            <w:proofErr w:type="spellStart"/>
            <w:r w:rsidRPr="00781623">
              <w:rPr>
                <w:lang w:val="ru-RU"/>
              </w:rPr>
              <w:t>модерністські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течії</w:t>
            </w:r>
            <w:proofErr w:type="spellEnd"/>
            <w:r w:rsidRPr="00781623">
              <w:rPr>
                <w:lang w:val="ru-RU"/>
              </w:rPr>
              <w:t xml:space="preserve"> в </w:t>
            </w:r>
            <w:proofErr w:type="spellStart"/>
            <w:r w:rsidRPr="00781623">
              <w:rPr>
                <w:lang w:val="ru-RU"/>
              </w:rPr>
              <w:t>новій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літературі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Його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творчість</w:t>
            </w:r>
            <w:proofErr w:type="spellEnd"/>
            <w:r w:rsidRPr="00781623">
              <w:rPr>
                <w:lang w:val="ru-RU"/>
              </w:rPr>
              <w:t xml:space="preserve"> – перша </w:t>
            </w:r>
            <w:proofErr w:type="spellStart"/>
            <w:r w:rsidRPr="00781623">
              <w:rPr>
                <w:lang w:val="ru-RU"/>
              </w:rPr>
              <w:t>декларація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ідей</w:t>
            </w:r>
            <w:proofErr w:type="spellEnd"/>
            <w:r w:rsidRPr="00781623">
              <w:rPr>
                <w:lang w:val="ru-RU"/>
              </w:rPr>
              <w:t xml:space="preserve"> і форм </w:t>
            </w:r>
            <w:proofErr w:type="spellStart"/>
            <w:r w:rsidRPr="00781623">
              <w:rPr>
                <w:lang w:val="ru-RU"/>
              </w:rPr>
              <w:t>символізму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Єдність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краси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природи</w:t>
            </w:r>
            <w:proofErr w:type="spellEnd"/>
            <w:r w:rsidRPr="00781623">
              <w:rPr>
                <w:lang w:val="ru-RU"/>
              </w:rPr>
              <w:t xml:space="preserve"> і </w:t>
            </w:r>
            <w:proofErr w:type="spellStart"/>
            <w:r w:rsidRPr="00781623">
              <w:rPr>
                <w:lang w:val="ru-RU"/>
              </w:rPr>
              <w:t>мистецтва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образотворчі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засоби</w:t>
            </w:r>
            <w:proofErr w:type="spellEnd"/>
            <w:r w:rsidRPr="00781623">
              <w:rPr>
                <w:lang w:val="ru-RU"/>
              </w:rPr>
              <w:t xml:space="preserve"> в </w:t>
            </w:r>
            <w:proofErr w:type="spellStart"/>
            <w:r w:rsidRPr="00781623">
              <w:rPr>
                <w:lang w:val="ru-RU"/>
              </w:rPr>
              <w:t>поезії</w:t>
            </w:r>
            <w:proofErr w:type="spellEnd"/>
            <w:r w:rsidRPr="00781623">
              <w:rPr>
                <w:lang w:val="ru-RU"/>
              </w:rPr>
              <w:t xml:space="preserve"> («</w:t>
            </w:r>
            <w:proofErr w:type="spellStart"/>
            <w:r w:rsidRPr="00781623">
              <w:rPr>
                <w:lang w:val="ru-RU"/>
              </w:rPr>
              <w:t>Блакитна</w:t>
            </w:r>
            <w:proofErr w:type="spellEnd"/>
            <w:r w:rsidRPr="00781623">
              <w:rPr>
                <w:lang w:val="ru-RU"/>
              </w:rPr>
              <w:t xml:space="preserve"> Панна»)</w:t>
            </w:r>
            <w:r w:rsidRPr="00781623">
              <w:rPr>
                <w:lang w:val="ru-RU"/>
              </w:rPr>
              <w:br/>
              <w:t xml:space="preserve">ТЛ: </w:t>
            </w:r>
            <w:proofErr w:type="spellStart"/>
            <w:r w:rsidRPr="00781623">
              <w:rPr>
                <w:lang w:val="ru-RU"/>
              </w:rPr>
              <w:t>символізм</w:t>
            </w:r>
            <w:proofErr w:type="spellEnd"/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Default="002B2B48">
            <w:proofErr w:type="spellStart"/>
            <w:r>
              <w:t>Напам’ять</w:t>
            </w:r>
            <w:proofErr w:type="spellEnd"/>
          </w:p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t>6</w:t>
            </w:r>
            <w:r>
              <w:t>0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proofErr w:type="spellStart"/>
            <w:r w:rsidRPr="00781623">
              <w:rPr>
                <w:lang w:val="ru-RU"/>
              </w:rPr>
              <w:t>Микола</w:t>
            </w:r>
            <w:proofErr w:type="spellEnd"/>
            <w:r w:rsidRPr="00781623">
              <w:rPr>
                <w:lang w:val="ru-RU"/>
              </w:rPr>
              <w:t xml:space="preserve"> Вороний. </w:t>
            </w:r>
            <w:proofErr w:type="spellStart"/>
            <w:r w:rsidRPr="00781623">
              <w:rPr>
                <w:lang w:val="ru-RU"/>
              </w:rPr>
              <w:t>Узагальнено-ідеалізований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жіночий</w:t>
            </w:r>
            <w:proofErr w:type="spellEnd"/>
            <w:r w:rsidRPr="00781623">
              <w:rPr>
                <w:lang w:val="ru-RU"/>
              </w:rPr>
              <w:t xml:space="preserve"> образ як </w:t>
            </w:r>
            <w:proofErr w:type="spellStart"/>
            <w:r w:rsidRPr="00781623">
              <w:rPr>
                <w:lang w:val="ru-RU"/>
              </w:rPr>
              <w:t>сюжетний</w:t>
            </w:r>
            <w:proofErr w:type="spellEnd"/>
            <w:r w:rsidRPr="00781623">
              <w:rPr>
                <w:lang w:val="ru-RU"/>
              </w:rPr>
              <w:t xml:space="preserve"> центр </w:t>
            </w:r>
            <w:proofErr w:type="spellStart"/>
            <w:r w:rsidRPr="00781623">
              <w:rPr>
                <w:lang w:val="ru-RU"/>
              </w:rPr>
              <w:t>символістського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твору</w:t>
            </w:r>
            <w:proofErr w:type="spellEnd"/>
            <w:r w:rsidRPr="00781623">
              <w:rPr>
                <w:lang w:val="ru-RU"/>
              </w:rPr>
              <w:t xml:space="preserve">. Мотив </w:t>
            </w:r>
            <w:proofErr w:type="spellStart"/>
            <w:r w:rsidRPr="00781623">
              <w:rPr>
                <w:lang w:val="ru-RU"/>
              </w:rPr>
              <w:t>самотності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людини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Згадка</w:t>
            </w:r>
            <w:proofErr w:type="spellEnd"/>
            <w:r w:rsidRPr="00781623">
              <w:rPr>
                <w:lang w:val="ru-RU"/>
              </w:rPr>
              <w:t xml:space="preserve"> про </w:t>
            </w:r>
            <w:proofErr w:type="spellStart"/>
            <w:r w:rsidRPr="00781623">
              <w:rPr>
                <w:lang w:val="ru-RU"/>
              </w:rPr>
              <w:t>революцію</w:t>
            </w:r>
            <w:proofErr w:type="spellEnd"/>
            <w:r w:rsidRPr="00781623">
              <w:rPr>
                <w:lang w:val="ru-RU"/>
              </w:rPr>
              <w:t xml:space="preserve"> як </w:t>
            </w:r>
            <w:proofErr w:type="spellStart"/>
            <w:r w:rsidRPr="00781623">
              <w:rPr>
                <w:lang w:val="ru-RU"/>
              </w:rPr>
              <w:t>данина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естетиці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доби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соціальних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перетворень</w:t>
            </w:r>
            <w:proofErr w:type="spellEnd"/>
            <w:r w:rsidRPr="00781623">
              <w:rPr>
                <w:lang w:val="ru-RU"/>
              </w:rPr>
              <w:t xml:space="preserve"> («</w:t>
            </w:r>
            <w:proofErr w:type="spellStart"/>
            <w:r w:rsidRPr="00781623">
              <w:rPr>
                <w:lang w:val="ru-RU"/>
              </w:rPr>
              <w:t>Інфанта</w:t>
            </w:r>
            <w:proofErr w:type="spellEnd"/>
            <w:r w:rsidRPr="00781623">
              <w:rPr>
                <w:lang w:val="ru-RU"/>
              </w:rPr>
              <w:t>»)</w:t>
            </w:r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61</w:t>
            </w:r>
          </w:p>
        </w:tc>
        <w:tc>
          <w:tcPr>
            <w:tcW w:w="5669" w:type="dxa"/>
          </w:tcPr>
          <w:p w:rsidR="00622508" w:rsidRDefault="002B2B48">
            <w:proofErr w:type="spellStart"/>
            <w:r w:rsidRPr="00781623">
              <w:rPr>
                <w:lang w:val="ru-RU"/>
              </w:rPr>
              <w:t>Олександр</w:t>
            </w:r>
            <w:proofErr w:type="spellEnd"/>
            <w:r w:rsidRPr="00781623">
              <w:rPr>
                <w:lang w:val="ru-RU"/>
              </w:rPr>
              <w:t xml:space="preserve"> Олесь (О. </w:t>
            </w:r>
            <w:proofErr w:type="spellStart"/>
            <w:r w:rsidRPr="00781623">
              <w:rPr>
                <w:lang w:val="ru-RU"/>
              </w:rPr>
              <w:t>Кандиба</w:t>
            </w:r>
            <w:proofErr w:type="spellEnd"/>
            <w:r w:rsidRPr="00781623">
              <w:rPr>
                <w:lang w:val="ru-RU"/>
              </w:rPr>
              <w:t xml:space="preserve">). Коротко про </w:t>
            </w:r>
            <w:proofErr w:type="spellStart"/>
            <w:r w:rsidRPr="00781623">
              <w:rPr>
                <w:lang w:val="ru-RU"/>
              </w:rPr>
              <w:t>житт</w:t>
            </w:r>
            <w:r w:rsidRPr="00781623">
              <w:rPr>
                <w:lang w:val="ru-RU"/>
              </w:rPr>
              <w:t>я</w:t>
            </w:r>
            <w:proofErr w:type="spellEnd"/>
            <w:r w:rsidRPr="00781623">
              <w:rPr>
                <w:lang w:val="ru-RU"/>
              </w:rPr>
              <w:t xml:space="preserve"> і </w:t>
            </w:r>
            <w:proofErr w:type="spellStart"/>
            <w:r w:rsidRPr="00781623">
              <w:rPr>
                <w:lang w:val="ru-RU"/>
              </w:rPr>
              <w:t>творчість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світоглядні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переконання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митця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>
              <w:t>Неоромантичні</w:t>
            </w:r>
            <w:proofErr w:type="spellEnd"/>
            <w:r>
              <w:t xml:space="preserve">, </w:t>
            </w:r>
            <w:proofErr w:type="spellStart"/>
            <w:r>
              <w:t>символістські</w:t>
            </w:r>
            <w:proofErr w:type="spellEnd"/>
            <w:r>
              <w:t xml:space="preserve"> </w:t>
            </w:r>
            <w:proofErr w:type="spellStart"/>
            <w:r>
              <w:t>тенденції</w:t>
            </w:r>
            <w:proofErr w:type="spellEnd"/>
            <w:r>
              <w:t xml:space="preserve"> у творчості («З журбою радість обнялась...»)</w:t>
            </w:r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622508"/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lastRenderedPageBreak/>
              <w:t>62</w:t>
            </w:r>
          </w:p>
        </w:tc>
        <w:tc>
          <w:tcPr>
            <w:tcW w:w="5669" w:type="dxa"/>
          </w:tcPr>
          <w:p w:rsidR="00622508" w:rsidRDefault="002B2B48">
            <w:proofErr w:type="spellStart"/>
            <w:r w:rsidRPr="00781623">
              <w:rPr>
                <w:lang w:val="ru-RU"/>
              </w:rPr>
              <w:t>Олександр</w:t>
            </w:r>
            <w:proofErr w:type="spellEnd"/>
            <w:r w:rsidRPr="00781623">
              <w:rPr>
                <w:lang w:val="ru-RU"/>
              </w:rPr>
              <w:t xml:space="preserve"> Олесь. «</w:t>
            </w:r>
            <w:proofErr w:type="spellStart"/>
            <w:r w:rsidRPr="00781623">
              <w:rPr>
                <w:lang w:val="ru-RU"/>
              </w:rPr>
              <w:t>Чари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ночі</w:t>
            </w:r>
            <w:proofErr w:type="spellEnd"/>
            <w:r w:rsidRPr="00781623">
              <w:rPr>
                <w:lang w:val="ru-RU"/>
              </w:rPr>
              <w:t xml:space="preserve">» – </w:t>
            </w:r>
            <w:proofErr w:type="spellStart"/>
            <w:r w:rsidRPr="00781623">
              <w:rPr>
                <w:lang w:val="ru-RU"/>
              </w:rPr>
              <w:t>перлина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інтимної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лірики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української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поезії</w:t>
            </w:r>
            <w:proofErr w:type="spellEnd"/>
            <w:r w:rsidRPr="00781623">
              <w:rPr>
                <w:lang w:val="ru-RU"/>
              </w:rPr>
              <w:t xml:space="preserve">. Мотив </w:t>
            </w:r>
            <w:proofErr w:type="spellStart"/>
            <w:r w:rsidRPr="00781623">
              <w:rPr>
                <w:lang w:val="ru-RU"/>
              </w:rPr>
              <w:t>краси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кохання</w:t>
            </w:r>
            <w:proofErr w:type="spellEnd"/>
            <w:r w:rsidRPr="00781623">
              <w:rPr>
                <w:lang w:val="ru-RU"/>
              </w:rPr>
              <w:t xml:space="preserve"> й </w:t>
            </w:r>
            <w:proofErr w:type="spellStart"/>
            <w:r w:rsidRPr="00781623">
              <w:rPr>
                <w:lang w:val="ru-RU"/>
              </w:rPr>
              <w:t>молодості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філософські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роздуми</w:t>
            </w:r>
            <w:proofErr w:type="spellEnd"/>
            <w:r w:rsidRPr="00781623">
              <w:rPr>
                <w:lang w:val="ru-RU"/>
              </w:rPr>
              <w:t xml:space="preserve"> про </w:t>
            </w:r>
            <w:proofErr w:type="spellStart"/>
            <w:r w:rsidRPr="00781623">
              <w:rPr>
                <w:lang w:val="ru-RU"/>
              </w:rPr>
              <w:t>гармонію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людини</w:t>
            </w:r>
            <w:proofErr w:type="spellEnd"/>
            <w:r w:rsidRPr="00781623">
              <w:rPr>
                <w:lang w:val="ru-RU"/>
              </w:rPr>
              <w:t xml:space="preserve"> і </w:t>
            </w:r>
            <w:proofErr w:type="spellStart"/>
            <w:r w:rsidRPr="00781623">
              <w:rPr>
                <w:lang w:val="ru-RU"/>
              </w:rPr>
              <w:t>природи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Музичність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звукова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виразність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поезій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Майстерність</w:t>
            </w:r>
            <w:proofErr w:type="spellEnd"/>
            <w:r w:rsidRPr="00781623">
              <w:rPr>
                <w:lang w:val="ru-RU"/>
              </w:rPr>
              <w:t xml:space="preserve"> у </w:t>
            </w:r>
            <w:proofErr w:type="spellStart"/>
            <w:r w:rsidRPr="00781623">
              <w:rPr>
                <w:lang w:val="ru-RU"/>
              </w:rPr>
              <w:t>відтворенні</w:t>
            </w:r>
            <w:proofErr w:type="spellEnd"/>
            <w:r w:rsidRPr="00781623">
              <w:rPr>
                <w:lang w:val="ru-RU"/>
              </w:rPr>
              <w:t xml:space="preserve"> настрою, </w:t>
            </w:r>
            <w:proofErr w:type="spellStart"/>
            <w:r w:rsidRPr="00781623">
              <w:rPr>
                <w:lang w:val="ru-RU"/>
              </w:rPr>
              <w:t>емоцій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Експресивне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висловлювання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патріотичних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почуттів</w:t>
            </w:r>
            <w:proofErr w:type="spellEnd"/>
            <w:r w:rsidRPr="00781623">
              <w:rPr>
                <w:lang w:val="ru-RU"/>
              </w:rPr>
              <w:t xml:space="preserve"> («О слово </w:t>
            </w:r>
            <w:proofErr w:type="spellStart"/>
            <w:r w:rsidRPr="00781623">
              <w:rPr>
                <w:lang w:val="ru-RU"/>
              </w:rPr>
              <w:t>рідне</w:t>
            </w:r>
            <w:proofErr w:type="spellEnd"/>
            <w:r w:rsidRPr="00781623">
              <w:rPr>
                <w:lang w:val="ru-RU"/>
              </w:rPr>
              <w:t xml:space="preserve">! </w:t>
            </w:r>
            <w:proofErr w:type="spellStart"/>
            <w:r>
              <w:t>Орле</w:t>
            </w:r>
            <w:proofErr w:type="spellEnd"/>
            <w:r>
              <w:t xml:space="preserve"> </w:t>
            </w:r>
            <w:proofErr w:type="spellStart"/>
            <w:r>
              <w:t>скутий</w:t>
            </w:r>
            <w:proofErr w:type="spellEnd"/>
            <w:r>
              <w:t>!..»)</w:t>
            </w:r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2B2B48">
            <w:r>
              <w:t>Напам’ять</w:t>
            </w:r>
            <w:r>
              <w:br/>
              <w:t>«Чари ночі»</w:t>
            </w:r>
          </w:p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63-64</w:t>
            </w:r>
          </w:p>
        </w:tc>
        <w:tc>
          <w:tcPr>
            <w:tcW w:w="5669" w:type="dxa"/>
          </w:tcPr>
          <w:p w:rsidR="00622508" w:rsidRDefault="002B2B48">
            <w:proofErr w:type="spellStart"/>
            <w:r w:rsidRPr="00781623">
              <w:rPr>
                <w:lang w:val="ru-RU"/>
              </w:rPr>
              <w:t>Олександр</w:t>
            </w:r>
            <w:proofErr w:type="spellEnd"/>
            <w:r w:rsidRPr="00781623">
              <w:rPr>
                <w:lang w:val="ru-RU"/>
              </w:rPr>
              <w:t xml:space="preserve"> Олесь. </w:t>
            </w:r>
            <w:proofErr w:type="spellStart"/>
            <w:r w:rsidRPr="00781623">
              <w:rPr>
                <w:lang w:val="ru-RU"/>
              </w:rPr>
              <w:t>Драма</w:t>
            </w:r>
            <w:r w:rsidRPr="00781623">
              <w:rPr>
                <w:lang w:val="ru-RU"/>
              </w:rPr>
              <w:t>тичний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етюд</w:t>
            </w:r>
            <w:proofErr w:type="spellEnd"/>
            <w:r w:rsidRPr="00781623">
              <w:rPr>
                <w:lang w:val="ru-RU"/>
              </w:rPr>
              <w:t xml:space="preserve"> «По </w:t>
            </w:r>
            <w:proofErr w:type="spellStart"/>
            <w:r w:rsidRPr="00781623">
              <w:rPr>
                <w:lang w:val="ru-RU"/>
              </w:rPr>
              <w:t>дорозі</w:t>
            </w:r>
            <w:proofErr w:type="spellEnd"/>
            <w:r w:rsidRPr="00781623">
              <w:rPr>
                <w:lang w:val="ru-RU"/>
              </w:rPr>
              <w:t xml:space="preserve"> в </w:t>
            </w:r>
            <w:proofErr w:type="spellStart"/>
            <w:r w:rsidRPr="00781623">
              <w:rPr>
                <w:lang w:val="ru-RU"/>
              </w:rPr>
              <w:t>казку</w:t>
            </w:r>
            <w:proofErr w:type="spellEnd"/>
            <w:r w:rsidRPr="00781623">
              <w:rPr>
                <w:lang w:val="ru-RU"/>
              </w:rPr>
              <w:t xml:space="preserve">». Дорога в </w:t>
            </w:r>
            <w:proofErr w:type="spellStart"/>
            <w:r w:rsidRPr="00781623">
              <w:rPr>
                <w:lang w:val="ru-RU"/>
              </w:rPr>
              <w:t>казку</w:t>
            </w:r>
            <w:proofErr w:type="spellEnd"/>
            <w:r w:rsidRPr="00781623">
              <w:rPr>
                <w:lang w:val="ru-RU"/>
              </w:rPr>
              <w:t xml:space="preserve"> – символ </w:t>
            </w:r>
            <w:proofErr w:type="spellStart"/>
            <w:r w:rsidRPr="00781623">
              <w:rPr>
                <w:lang w:val="ru-RU"/>
              </w:rPr>
              <w:t>духовних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поривань</w:t>
            </w:r>
            <w:proofErr w:type="spellEnd"/>
            <w:r w:rsidRPr="00781623">
              <w:rPr>
                <w:lang w:val="ru-RU"/>
              </w:rPr>
              <w:t xml:space="preserve"> до </w:t>
            </w:r>
            <w:proofErr w:type="spellStart"/>
            <w:r w:rsidRPr="00781623">
              <w:rPr>
                <w:lang w:val="ru-RU"/>
              </w:rPr>
              <w:t>кращого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життя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Маса</w:t>
            </w:r>
            <w:proofErr w:type="spellEnd"/>
            <w:r w:rsidRPr="00781623">
              <w:rPr>
                <w:lang w:val="ru-RU"/>
              </w:rPr>
              <w:t xml:space="preserve">, гурт людей і </w:t>
            </w:r>
            <w:proofErr w:type="spellStart"/>
            <w:r w:rsidRPr="00781623">
              <w:rPr>
                <w:lang w:val="ru-RU"/>
              </w:rPr>
              <w:t>їх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провідник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Лідер</w:t>
            </w:r>
            <w:proofErr w:type="spellEnd"/>
            <w:r w:rsidRPr="00781623">
              <w:rPr>
                <w:lang w:val="ru-RU"/>
              </w:rPr>
              <w:t xml:space="preserve"> – сильна </w:t>
            </w:r>
            <w:proofErr w:type="spellStart"/>
            <w:r w:rsidRPr="00781623">
              <w:rPr>
                <w:lang w:val="ru-RU"/>
              </w:rPr>
              <w:t>особистість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Трагічна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суперечність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між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мрією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духовністю</w:t>
            </w:r>
            <w:proofErr w:type="spellEnd"/>
            <w:r w:rsidRPr="00781623">
              <w:rPr>
                <w:lang w:val="ru-RU"/>
              </w:rPr>
              <w:t xml:space="preserve"> й </w:t>
            </w:r>
            <w:proofErr w:type="spellStart"/>
            <w:r w:rsidRPr="00781623">
              <w:rPr>
                <w:lang w:val="ru-RU"/>
              </w:rPr>
              <w:t>жорстокістю</w:t>
            </w:r>
            <w:proofErr w:type="spellEnd"/>
            <w:r w:rsidRPr="00781623">
              <w:rPr>
                <w:lang w:val="ru-RU"/>
              </w:rPr>
              <w:br/>
            </w:r>
            <w:r>
              <w:t xml:space="preserve">ТЛ: </w:t>
            </w:r>
            <w:proofErr w:type="spellStart"/>
            <w:r>
              <w:t>драматичний</w:t>
            </w:r>
            <w:proofErr w:type="spellEnd"/>
            <w:r>
              <w:t xml:space="preserve"> </w:t>
            </w:r>
            <w:proofErr w:type="spellStart"/>
            <w:r>
              <w:t>етюд</w:t>
            </w:r>
            <w:proofErr w:type="spellEnd"/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622508"/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65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r w:rsidRPr="00781623">
              <w:rPr>
                <w:lang w:val="ru-RU"/>
              </w:rPr>
              <w:t xml:space="preserve">РМ № 4. </w:t>
            </w:r>
            <w:proofErr w:type="spellStart"/>
            <w:r w:rsidRPr="00781623">
              <w:rPr>
                <w:lang w:val="ru-RU"/>
              </w:rPr>
              <w:t>Дискусія</w:t>
            </w:r>
            <w:proofErr w:type="spellEnd"/>
            <w:r w:rsidRPr="00781623">
              <w:rPr>
                <w:lang w:val="ru-RU"/>
              </w:rPr>
              <w:t xml:space="preserve"> </w:t>
            </w:r>
            <w:r w:rsidRPr="00781623">
              <w:rPr>
                <w:lang w:val="ru-RU"/>
              </w:rPr>
              <w:t>за темою «</w:t>
            </w:r>
            <w:proofErr w:type="spellStart"/>
            <w:r w:rsidRPr="00781623">
              <w:rPr>
                <w:lang w:val="ru-RU"/>
              </w:rPr>
              <w:t>Осмислення</w:t>
            </w:r>
            <w:proofErr w:type="spellEnd"/>
            <w:r w:rsidRPr="00781623">
              <w:rPr>
                <w:lang w:val="ru-RU"/>
              </w:rPr>
              <w:t xml:space="preserve"> благородства </w:t>
            </w:r>
            <w:proofErr w:type="spellStart"/>
            <w:r w:rsidRPr="00781623">
              <w:rPr>
                <w:lang w:val="ru-RU"/>
              </w:rPr>
              <w:t>вчинків</w:t>
            </w:r>
            <w:proofErr w:type="spellEnd"/>
            <w:r w:rsidRPr="00781623">
              <w:rPr>
                <w:lang w:val="ru-RU"/>
              </w:rPr>
              <w:t xml:space="preserve">, </w:t>
            </w:r>
            <w:proofErr w:type="spellStart"/>
            <w:r w:rsidRPr="00781623">
              <w:rPr>
                <w:lang w:val="ru-RU"/>
              </w:rPr>
              <w:t>які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здійснюються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заради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щастя</w:t>
            </w:r>
            <w:proofErr w:type="spellEnd"/>
            <w:r w:rsidRPr="00781623">
              <w:rPr>
                <w:lang w:val="ru-RU"/>
              </w:rPr>
              <w:t xml:space="preserve"> людей»</w:t>
            </w:r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Default="002B2B48">
            <w:r>
              <w:t>РМ №4 (</w:t>
            </w:r>
            <w:proofErr w:type="spellStart"/>
            <w:r>
              <w:t>усно</w:t>
            </w:r>
            <w:proofErr w:type="spellEnd"/>
            <w:r>
              <w:t>)</w:t>
            </w:r>
          </w:p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66</w:t>
            </w:r>
          </w:p>
        </w:tc>
        <w:tc>
          <w:tcPr>
            <w:tcW w:w="5669" w:type="dxa"/>
          </w:tcPr>
          <w:p w:rsidR="00622508" w:rsidRDefault="002B2B48">
            <w:proofErr w:type="spellStart"/>
            <w:r w:rsidRPr="00781623">
              <w:rPr>
                <w:lang w:val="ru-RU"/>
              </w:rPr>
              <w:t>Позакласне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читання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Творчість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Володимира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Самійленка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>
              <w:t>Поезії</w:t>
            </w:r>
            <w:proofErr w:type="spellEnd"/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2B2B48">
            <w:r>
              <w:t>ПЧ №2</w:t>
            </w:r>
          </w:p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67</w:t>
            </w:r>
          </w:p>
        </w:tc>
        <w:tc>
          <w:tcPr>
            <w:tcW w:w="5669" w:type="dxa"/>
          </w:tcPr>
          <w:p w:rsidR="00622508" w:rsidRDefault="002B2B48">
            <w:r>
              <w:t xml:space="preserve">Контрольна робота № 6. «Творчість М.Вороного і Ол-ра Олеся» (тестові завдання, </w:t>
            </w:r>
            <w:r>
              <w:t>запитання, розгорнута відповідь та інші види робіт)</w:t>
            </w:r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622508"/>
        </w:tc>
      </w:tr>
      <w:tr w:rsidR="00622508">
        <w:tc>
          <w:tcPr>
            <w:tcW w:w="850" w:type="dxa"/>
          </w:tcPr>
          <w:p w:rsidR="00622508" w:rsidRDefault="002B2B48">
            <w:pPr>
              <w:jc w:val="center"/>
            </w:pPr>
            <w:r>
              <w:t>68</w:t>
            </w:r>
          </w:p>
        </w:tc>
        <w:tc>
          <w:tcPr>
            <w:tcW w:w="5669" w:type="dxa"/>
          </w:tcPr>
          <w:p w:rsidR="00622508" w:rsidRPr="00781623" w:rsidRDefault="002B2B48" w:rsidP="00781623">
            <w:pPr>
              <w:rPr>
                <w:lang w:val="uk-UA"/>
              </w:rPr>
            </w:pPr>
            <w:r>
              <w:t xml:space="preserve">Література рідного краю. </w:t>
            </w:r>
            <w:r w:rsidR="00781623">
              <w:rPr>
                <w:lang w:val="uk-UA"/>
              </w:rPr>
              <w:t xml:space="preserve">  ?</w:t>
            </w:r>
          </w:p>
        </w:tc>
        <w:tc>
          <w:tcPr>
            <w:tcW w:w="1417" w:type="dxa"/>
          </w:tcPr>
          <w:p w:rsidR="00622508" w:rsidRDefault="00622508">
            <w:pPr>
              <w:jc w:val="center"/>
            </w:pPr>
          </w:p>
        </w:tc>
        <w:tc>
          <w:tcPr>
            <w:tcW w:w="1701" w:type="dxa"/>
          </w:tcPr>
          <w:p w:rsidR="00622508" w:rsidRDefault="002B2B48">
            <w:r>
              <w:t>ЛРК №2</w:t>
            </w:r>
          </w:p>
        </w:tc>
      </w:tr>
      <w:tr w:rsidR="00622508" w:rsidRPr="00781623">
        <w:tc>
          <w:tcPr>
            <w:tcW w:w="850" w:type="dxa"/>
          </w:tcPr>
          <w:p w:rsidR="00622508" w:rsidRDefault="002B2B48">
            <w:pPr>
              <w:jc w:val="center"/>
            </w:pPr>
            <w:r>
              <w:t>69-70</w:t>
            </w:r>
          </w:p>
        </w:tc>
        <w:tc>
          <w:tcPr>
            <w:tcW w:w="5669" w:type="dxa"/>
          </w:tcPr>
          <w:p w:rsidR="00622508" w:rsidRPr="00781623" w:rsidRDefault="002B2B48">
            <w:pPr>
              <w:rPr>
                <w:lang w:val="ru-RU"/>
              </w:rPr>
            </w:pPr>
            <w:proofErr w:type="spellStart"/>
            <w:r w:rsidRPr="00781623">
              <w:rPr>
                <w:lang w:val="ru-RU"/>
              </w:rPr>
              <w:t>Узагальнення</w:t>
            </w:r>
            <w:proofErr w:type="spellEnd"/>
            <w:r w:rsidRPr="00781623">
              <w:rPr>
                <w:lang w:val="ru-RU"/>
              </w:rPr>
              <w:t xml:space="preserve"> та </w:t>
            </w:r>
            <w:proofErr w:type="spellStart"/>
            <w:r w:rsidRPr="00781623">
              <w:rPr>
                <w:lang w:val="ru-RU"/>
              </w:rPr>
              <w:t>систематизація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вивченого</w:t>
            </w:r>
            <w:proofErr w:type="spellEnd"/>
            <w:r w:rsidRPr="00781623">
              <w:rPr>
                <w:lang w:val="ru-RU"/>
              </w:rPr>
              <w:br/>
            </w:r>
            <w:proofErr w:type="spellStart"/>
            <w:r w:rsidRPr="00781623">
              <w:rPr>
                <w:lang w:val="ru-RU"/>
              </w:rPr>
              <w:t>Бесіда</w:t>
            </w:r>
            <w:proofErr w:type="spellEnd"/>
            <w:r w:rsidRPr="00781623">
              <w:rPr>
                <w:lang w:val="ru-RU"/>
              </w:rPr>
              <w:t xml:space="preserve"> про </w:t>
            </w:r>
            <w:proofErr w:type="spellStart"/>
            <w:r w:rsidRPr="00781623">
              <w:rPr>
                <w:lang w:val="ru-RU"/>
              </w:rPr>
              <w:t>вивчені</w:t>
            </w:r>
            <w:proofErr w:type="spellEnd"/>
            <w:r w:rsidRPr="00781623">
              <w:rPr>
                <w:lang w:val="ru-RU"/>
              </w:rPr>
              <w:t xml:space="preserve"> твори </w:t>
            </w:r>
            <w:proofErr w:type="spellStart"/>
            <w:r w:rsidRPr="00781623">
              <w:rPr>
                <w:lang w:val="ru-RU"/>
              </w:rPr>
              <w:t>української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літератури</w:t>
            </w:r>
            <w:proofErr w:type="spellEnd"/>
            <w:r w:rsidRPr="00781623">
              <w:rPr>
                <w:lang w:val="ru-RU"/>
              </w:rPr>
              <w:t xml:space="preserve">. </w:t>
            </w:r>
            <w:proofErr w:type="spellStart"/>
            <w:r w:rsidRPr="00781623">
              <w:rPr>
                <w:lang w:val="ru-RU"/>
              </w:rPr>
              <w:t>Обмін</w:t>
            </w:r>
            <w:proofErr w:type="spellEnd"/>
            <w:r w:rsidRPr="00781623">
              <w:rPr>
                <w:lang w:val="ru-RU"/>
              </w:rPr>
              <w:t xml:space="preserve"> думками про </w:t>
            </w:r>
            <w:proofErr w:type="spellStart"/>
            <w:r w:rsidRPr="00781623">
              <w:rPr>
                <w:lang w:val="ru-RU"/>
              </w:rPr>
              <w:t>знакові</w:t>
            </w:r>
            <w:proofErr w:type="spellEnd"/>
            <w:r w:rsidRPr="00781623">
              <w:rPr>
                <w:lang w:val="ru-RU"/>
              </w:rPr>
              <w:t xml:space="preserve"> дл</w:t>
            </w:r>
            <w:r w:rsidRPr="00781623">
              <w:rPr>
                <w:lang w:val="ru-RU"/>
              </w:rPr>
              <w:t xml:space="preserve">я </w:t>
            </w:r>
            <w:proofErr w:type="spellStart"/>
            <w:r w:rsidRPr="00781623">
              <w:rPr>
                <w:lang w:val="ru-RU"/>
              </w:rPr>
              <w:t>свого</w:t>
            </w:r>
            <w:proofErr w:type="spellEnd"/>
            <w:r w:rsidRPr="00781623">
              <w:rPr>
                <w:lang w:val="ru-RU"/>
              </w:rPr>
              <w:t xml:space="preserve"> часу твори, </w:t>
            </w:r>
            <w:proofErr w:type="spellStart"/>
            <w:r w:rsidRPr="00781623">
              <w:rPr>
                <w:lang w:val="ru-RU"/>
              </w:rPr>
              <w:t>актуальних</w:t>
            </w:r>
            <w:proofErr w:type="spellEnd"/>
            <w:r w:rsidRPr="00781623">
              <w:rPr>
                <w:lang w:val="ru-RU"/>
              </w:rPr>
              <w:t xml:space="preserve"> </w:t>
            </w:r>
            <w:proofErr w:type="spellStart"/>
            <w:r w:rsidRPr="00781623">
              <w:rPr>
                <w:lang w:val="ru-RU"/>
              </w:rPr>
              <w:t>нині</w:t>
            </w:r>
            <w:proofErr w:type="spellEnd"/>
          </w:p>
        </w:tc>
        <w:tc>
          <w:tcPr>
            <w:tcW w:w="1417" w:type="dxa"/>
          </w:tcPr>
          <w:p w:rsidR="00622508" w:rsidRPr="00781623" w:rsidRDefault="00622508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622508" w:rsidRPr="00781623" w:rsidRDefault="00622508">
            <w:pPr>
              <w:rPr>
                <w:lang w:val="ru-RU"/>
              </w:rPr>
            </w:pPr>
          </w:p>
        </w:tc>
      </w:tr>
    </w:tbl>
    <w:p w:rsidR="002B2B48" w:rsidRPr="00781623" w:rsidRDefault="002B2B48">
      <w:pPr>
        <w:rPr>
          <w:lang w:val="ru-RU"/>
        </w:rPr>
      </w:pPr>
    </w:p>
    <w:sectPr w:rsidR="002B2B48" w:rsidRPr="0078162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B2B48"/>
    <w:rsid w:val="00326F90"/>
    <w:rsid w:val="00622508"/>
    <w:rsid w:val="00781623"/>
    <w:rsid w:val="00A16EA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64DC1D-729C-4420-A1EA-CA8488B84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2165</Words>
  <Characters>12341</Characters>
  <Application>Microsoft Office Word</Application>
  <DocSecurity>0</DocSecurity>
  <Lines>102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14478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Катерина Анатоліївна</cp:lastModifiedBy>
  <cp:revision>3</cp:revision>
  <dcterms:created xsi:type="dcterms:W3CDTF">2026-08-20T19:10:00Z</dcterms:created>
  <dcterms:modified xsi:type="dcterms:W3CDTF">2026-08-20T19:11:00Z</dcterms:modified>
</cp:coreProperties>
</file>