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63EFF3" w14:textId="77777777" w:rsidR="007255AA" w:rsidRPr="00A5067C" w:rsidRDefault="007255AA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GoBack"/>
      <w:bookmarkEnd w:id="0"/>
      <w:r w:rsidRPr="00A5067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КРИТЕРІЇ ОЦІНЮВАННЯ </w:t>
      </w:r>
    </w:p>
    <w:p w14:paraId="2259CB4E" w14:textId="64328CCA" w:rsidR="002C0164" w:rsidRDefault="007255AA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5067C">
        <w:rPr>
          <w:rFonts w:ascii="Times New Roman" w:hAnsi="Times New Roman" w:cs="Times New Roman"/>
          <w:b/>
          <w:sz w:val="24"/>
          <w:szCs w:val="24"/>
          <w:lang w:val="uk-UA"/>
        </w:rPr>
        <w:t>РЕЗУЛЬТАТІВ НАВЧАННЯ УЧНІВ З УКРАЇНСЬКОЇ МОВИ У 5–9 КЛАСАХ</w:t>
      </w:r>
    </w:p>
    <w:p w14:paraId="51C1873D" w14:textId="77777777" w:rsidR="00A5067C" w:rsidRPr="00A35470" w:rsidRDefault="00A5067C" w:rsidP="00A5067C">
      <w:pPr>
        <w:jc w:val="center"/>
        <w:rPr>
          <w:rFonts w:ascii="Times New Roman" w:hAnsi="Times New Roman" w:cs="Times New Roman"/>
          <w:b/>
          <w:i/>
          <w:iCs/>
          <w:sz w:val="28"/>
          <w:lang w:val="uk-UA"/>
        </w:rPr>
      </w:pPr>
      <w:bookmarkStart w:id="1" w:name="_Hlk237442908"/>
      <w:r w:rsidRPr="00A35470">
        <w:rPr>
          <w:rFonts w:ascii="Times New Roman" w:hAnsi="Times New Roman" w:cs="Times New Roman"/>
          <w:b/>
          <w:i/>
          <w:iCs/>
          <w:sz w:val="28"/>
          <w:lang w:val="uk-UA"/>
        </w:rPr>
        <w:t>Розроблено відповідно до загальних критеріїв оцінювання результатів навчання учнів</w:t>
      </w:r>
    </w:p>
    <w:p w14:paraId="086E1E23" w14:textId="77777777" w:rsidR="00A5067C" w:rsidRPr="00A35470" w:rsidRDefault="00A5067C" w:rsidP="00A5067C">
      <w:pPr>
        <w:jc w:val="center"/>
        <w:rPr>
          <w:rFonts w:ascii="Times New Roman" w:hAnsi="Times New Roman" w:cs="Times New Roman"/>
          <w:i/>
          <w:iCs/>
          <w:lang w:val="uk-UA"/>
        </w:rPr>
      </w:pPr>
      <w:r w:rsidRPr="00A35470">
        <w:rPr>
          <w:rFonts w:ascii="Times New Roman" w:hAnsi="Times New Roman" w:cs="Times New Roman"/>
          <w:b/>
          <w:i/>
          <w:iCs/>
          <w:sz w:val="28"/>
          <w:lang w:val="uk-UA"/>
        </w:rPr>
        <w:t>(додаток до наказу МОН України №722 від 04.05.2026)</w:t>
      </w:r>
    </w:p>
    <w:bookmarkEnd w:id="1"/>
    <w:p w14:paraId="477B06C2" w14:textId="77777777" w:rsidR="007255AA" w:rsidRPr="00A5067C" w:rsidRDefault="007255AA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ff0"/>
        <w:tblW w:w="15181" w:type="dxa"/>
        <w:jc w:val="center"/>
        <w:tblLook w:val="04A0" w:firstRow="1" w:lastRow="0" w:firstColumn="1" w:lastColumn="0" w:noHBand="0" w:noVBand="1"/>
      </w:tblPr>
      <w:tblGrid>
        <w:gridCol w:w="1455"/>
        <w:gridCol w:w="524"/>
        <w:gridCol w:w="3196"/>
        <w:gridCol w:w="3317"/>
        <w:gridCol w:w="2551"/>
        <w:gridCol w:w="2721"/>
        <w:gridCol w:w="1417"/>
      </w:tblGrid>
      <w:tr w:rsidR="002C0164" w:rsidRPr="00A5067C" w14:paraId="49C2A4C3" w14:textId="77777777" w:rsidTr="00061985">
        <w:trPr>
          <w:jc w:val="center"/>
        </w:trPr>
        <w:tc>
          <w:tcPr>
            <w:tcW w:w="1455" w:type="dxa"/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230F3" w14:textId="77777777" w:rsidR="002C0164" w:rsidRPr="00A5067C" w:rsidRDefault="007255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Рівень</w:t>
            </w:r>
          </w:p>
        </w:tc>
        <w:tc>
          <w:tcPr>
            <w:tcW w:w="524" w:type="dxa"/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ACA74D" w14:textId="77777777" w:rsidR="002C0164" w:rsidRPr="00A5067C" w:rsidRDefault="007255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Бал</w:t>
            </w:r>
          </w:p>
        </w:tc>
        <w:tc>
          <w:tcPr>
            <w:tcW w:w="3196" w:type="dxa"/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B2AB0" w14:textId="77777777" w:rsidR="002C0164" w:rsidRPr="00A5067C" w:rsidRDefault="007255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 когнітивними</w:t>
            </w: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  <w:t>процесами</w:t>
            </w:r>
          </w:p>
        </w:tc>
        <w:tc>
          <w:tcPr>
            <w:tcW w:w="3317" w:type="dxa"/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C16320" w14:textId="77777777" w:rsidR="002C0164" w:rsidRPr="00A5067C" w:rsidRDefault="007255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 навчальною</w:t>
            </w: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  <w:t>діяльністю</w:t>
            </w:r>
          </w:p>
        </w:tc>
        <w:tc>
          <w:tcPr>
            <w:tcW w:w="2551" w:type="dxa"/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49D83" w14:textId="77777777" w:rsidR="002C0164" w:rsidRPr="00A5067C" w:rsidRDefault="007255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 рівнем</w:t>
            </w: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  <w:t>самостійності</w:t>
            </w:r>
          </w:p>
        </w:tc>
        <w:tc>
          <w:tcPr>
            <w:tcW w:w="2721" w:type="dxa"/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1B9117" w14:textId="77777777" w:rsidR="002C0164" w:rsidRPr="00A5067C" w:rsidRDefault="007255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 рівнем комунікації</w:t>
            </w: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  <w:t>та взаємодії</w:t>
            </w:r>
          </w:p>
        </w:tc>
        <w:tc>
          <w:tcPr>
            <w:tcW w:w="1417" w:type="dxa"/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A0BC6" w14:textId="77777777" w:rsidR="002C0164" w:rsidRPr="00A5067C" w:rsidRDefault="007255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 частотою</w:t>
            </w: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  <w:t>вияву вмінь</w:t>
            </w:r>
          </w:p>
        </w:tc>
      </w:tr>
      <w:tr w:rsidR="00061985" w:rsidRPr="00A5067C" w14:paraId="2DF621D7" w14:textId="77777777" w:rsidTr="00061985">
        <w:trPr>
          <w:jc w:val="center"/>
        </w:trPr>
        <w:tc>
          <w:tcPr>
            <w:tcW w:w="1455" w:type="dxa"/>
            <w:vMerge w:val="restart"/>
            <w:shd w:val="clear" w:color="auto" w:fill="FCE4D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37B42A" w14:textId="797584C9" w:rsidR="00061985" w:rsidRPr="00A5067C" w:rsidRDefault="00061985" w:rsidP="0006198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Початковий</w:t>
            </w:r>
          </w:p>
        </w:tc>
        <w:tc>
          <w:tcPr>
            <w:tcW w:w="5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79B9B" w14:textId="77777777" w:rsidR="00061985" w:rsidRPr="00A5067C" w:rsidRDefault="0006198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31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955CF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сприймає окремі відомості про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одиниці, правила й норми; розпізнає окремі слова, форми, речення або фрагменти тексту; намагається відповідати на прості запитання за змістом почутого / прочитаного, припускаючись суттєвих змістових, логічних і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мовних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помилок</w:t>
            </w:r>
          </w:p>
        </w:tc>
        <w:tc>
          <w:tcPr>
            <w:tcW w:w="33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DD180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виконує частину простих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мовних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дій за наданим зразком: списує, підкреслює, добирає окремий приклад, розпізнає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мовну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одиницю; створює окремі слова, словосполучення чи речення; численні помилки істотно ускладнюють виконання завдання</w:t>
            </w:r>
          </w:p>
        </w:tc>
        <w:tc>
          <w:tcPr>
            <w:tcW w:w="25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AD32D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долучається до виконання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мовних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мовленнєвих завдань лише за безпосередньої участі вчителя; потребує постійних підказок, покрокового пояснення та зовнішнього контролю</w:t>
            </w:r>
          </w:p>
        </w:tc>
        <w:tc>
          <w:tcPr>
            <w:tcW w:w="2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41740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реагує на запитання або звернення переважно після спонукання; дає короткі, часто неповні відповіді; майже не підтримує навчального діалогу й не враховує думок інших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CCB0B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виявляє предметні вміння в окремих випадках</w:t>
            </w:r>
          </w:p>
        </w:tc>
      </w:tr>
      <w:tr w:rsidR="00061985" w:rsidRPr="00A5067C" w14:paraId="08E37541" w14:textId="77777777" w:rsidTr="00061985">
        <w:trPr>
          <w:jc w:val="center"/>
        </w:trPr>
        <w:tc>
          <w:tcPr>
            <w:tcW w:w="1455" w:type="dxa"/>
            <w:vMerge/>
            <w:shd w:val="clear" w:color="auto" w:fill="FCE4D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CFB76" w14:textId="5842BB28" w:rsidR="00061985" w:rsidRPr="00A5067C" w:rsidRDefault="00061985" w:rsidP="0040083F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C7CD37" w14:textId="77777777" w:rsidR="00061985" w:rsidRPr="00A5067C" w:rsidRDefault="0006198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31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8674E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розпізнає частину вивченої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мовної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інформації; визначає окремі очевидні ознаки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мовних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одиниць; знаходить частину явно поданої інформації в тексті; відповідає на прості запитання, допускаючи змістові, логічні та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помилки</w:t>
            </w:r>
          </w:p>
        </w:tc>
        <w:tc>
          <w:tcPr>
            <w:tcW w:w="33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0219C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виконує прості вправи за точним зразком: вставляє окремі букви / форми, добирає приклади, установлює найпростіші відповідності; створює короткі речення за опорою; застосовує правила непослідовно</w:t>
            </w:r>
          </w:p>
        </w:tc>
        <w:tc>
          <w:tcPr>
            <w:tcW w:w="25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562454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працює лише за значної допомоги вчителя; потребує постійного зовнішнього контролю, нагадування алгоритму та корекції більшості дій</w:t>
            </w:r>
          </w:p>
        </w:tc>
        <w:tc>
          <w:tcPr>
            <w:tcW w:w="2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C8F5E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відповідає на звернення після спонукання; висловлює окремі думки простими реченнями; у діалозі переважно пасивний / пасивна, не завжди реагує по суті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4F5B8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виявляє предметні вміння в окремих випадках</w:t>
            </w:r>
          </w:p>
        </w:tc>
      </w:tr>
      <w:tr w:rsidR="00061985" w:rsidRPr="00A5067C" w14:paraId="5FBCE86E" w14:textId="77777777" w:rsidTr="00061985">
        <w:trPr>
          <w:jc w:val="center"/>
        </w:trPr>
        <w:tc>
          <w:tcPr>
            <w:tcW w:w="1455" w:type="dxa"/>
            <w:vMerge/>
            <w:shd w:val="clear" w:color="auto" w:fill="FCE4D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5F730" w14:textId="15161D87" w:rsidR="00061985" w:rsidRPr="00A5067C" w:rsidRDefault="0006198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8A53B" w14:textId="77777777" w:rsidR="00061985" w:rsidRPr="00A5067C" w:rsidRDefault="0006198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31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7BC80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відтворює за зразком частину правила, визначення або навчальної інформації; розпізнає вивчені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явища в типових прикладах; знаходить окремі факти в тексті; відповідає на прості запитання, припускаючись </w:t>
            </w: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помилок</w:t>
            </w:r>
          </w:p>
        </w:tc>
        <w:tc>
          <w:tcPr>
            <w:tcW w:w="33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F73BE9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виконує прості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вправи й елементи розбору за алгоритмом; за опорою створює кілька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змістово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пов’язаних речень; частково застосовує вивчені орфографічні, пунктуаційні, лексичні та граматичні норми</w:t>
            </w:r>
          </w:p>
        </w:tc>
        <w:tc>
          <w:tcPr>
            <w:tcW w:w="25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24970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виконує завдання за зразком із допомогою вчителя; потребує періодичного зовнішнього контролю; самостійно виправляє лише окремі очевидні помилки</w:t>
            </w:r>
          </w:p>
        </w:tc>
        <w:tc>
          <w:tcPr>
            <w:tcW w:w="2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827D4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підтримує короткий діалог за запитаннями; висловлює просту думку за опорою, але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рідко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ініціює комунікацію; реагує на думки інших переважно після спонукання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CB733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виявляє предметні вміння в окремих випадках</w:t>
            </w:r>
          </w:p>
        </w:tc>
      </w:tr>
      <w:tr w:rsidR="00061985" w:rsidRPr="00A5067C" w14:paraId="705C4D23" w14:textId="77777777" w:rsidTr="00061985">
        <w:trPr>
          <w:jc w:val="center"/>
        </w:trPr>
        <w:tc>
          <w:tcPr>
            <w:tcW w:w="1455" w:type="dxa"/>
            <w:vMerge w:val="restart"/>
            <w:shd w:val="clear" w:color="auto" w:fill="FFF2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F4581" w14:textId="77777777" w:rsidR="00061985" w:rsidRPr="00A5067C" w:rsidRDefault="0006198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Середній</w:t>
            </w:r>
          </w:p>
          <w:p w14:paraId="6D2DBA0C" w14:textId="23616CA9" w:rsidR="00061985" w:rsidRPr="00A5067C" w:rsidRDefault="00061985" w:rsidP="0006198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474264" w14:textId="77777777" w:rsidR="00061985" w:rsidRPr="00A5067C" w:rsidRDefault="0006198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31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CABCAF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відтворює основні відомості про вивчені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явища; визначає тему нескладного тексту, знаходить явно подану інформацію й відповіді на прості запитання; розрізняє основні ознаки вивчених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мовних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одиниць</w:t>
            </w:r>
          </w:p>
        </w:tc>
        <w:tc>
          <w:tcPr>
            <w:tcW w:w="33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B574EB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виконує типові репродуктивні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завдання за зразком / алгоритмом; застосовує вивчені правила в найпростіших випадках; створює коротке висловлення за планом, допускаючи порушення логіки та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помилки</w:t>
            </w:r>
          </w:p>
        </w:tc>
        <w:tc>
          <w:tcPr>
            <w:tcW w:w="25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33211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долучається до роботи з допомогою вчителя; виконує частину завдання самостійно, складніші дії — після підказки; потребує допомоги під час самоперевірки</w:t>
            </w:r>
          </w:p>
        </w:tc>
        <w:tc>
          <w:tcPr>
            <w:tcW w:w="2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B46FB8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включається в навчальну комунікацію з ініціативи інших; відповідає не завжди повно й по суті; бере формальну участь в обговоренні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мовних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текстових завдань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ED2DE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виявляє предметні вміння епізодично</w:t>
            </w:r>
          </w:p>
        </w:tc>
      </w:tr>
      <w:tr w:rsidR="00061985" w:rsidRPr="00A5067C" w14:paraId="64A1FD23" w14:textId="77777777" w:rsidTr="00061985">
        <w:trPr>
          <w:jc w:val="center"/>
        </w:trPr>
        <w:tc>
          <w:tcPr>
            <w:tcW w:w="1455" w:type="dxa"/>
            <w:vMerge/>
            <w:shd w:val="clear" w:color="auto" w:fill="FFF2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8244A" w14:textId="37D2DCD9" w:rsidR="00061985" w:rsidRPr="00A5067C" w:rsidRDefault="00061985" w:rsidP="000C2F9F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4E600" w14:textId="77777777" w:rsidR="00061985" w:rsidRPr="00A5067C" w:rsidRDefault="0006198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31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873E8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застосовує основну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мовну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інформацію в знайомих ситуаціях; визначає тему й окремі ключові думки тексту; класифікує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одиниці за запропонованими ознаками; формулює окремі запитання за змістом</w:t>
            </w:r>
          </w:p>
        </w:tc>
        <w:tc>
          <w:tcPr>
            <w:tcW w:w="33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33FF6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виконує репродуктивні вправи за алгоритмом; застосовує правила в типових прикладах; створює зв’язне висловлення за планом, передає основну думку, частково враховує мету та ситуацію спілкування; виправляє окремі помилки після вказівки</w:t>
            </w:r>
          </w:p>
        </w:tc>
        <w:tc>
          <w:tcPr>
            <w:tcW w:w="25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96814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працює з допомогою або під керівництвом учителя; частину типового завдання виконує самостійно; у разі утруднення звертається по допомогу</w:t>
            </w:r>
          </w:p>
        </w:tc>
        <w:tc>
          <w:tcPr>
            <w:tcW w:w="2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BAB6F3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підтримує діалог, ініційований іншими; формулює прості запитання й відповіді; висловлює власну думку, але аргументує її неповно; взаємодіє переважно пасивно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0944D2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виявляє предметні вміння епізодично</w:t>
            </w:r>
          </w:p>
        </w:tc>
      </w:tr>
      <w:tr w:rsidR="00061985" w:rsidRPr="00A5067C" w14:paraId="25560FB8" w14:textId="77777777" w:rsidTr="00061985">
        <w:trPr>
          <w:jc w:val="center"/>
        </w:trPr>
        <w:tc>
          <w:tcPr>
            <w:tcW w:w="1455" w:type="dxa"/>
            <w:vMerge/>
            <w:shd w:val="clear" w:color="auto" w:fill="FFF2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79012E" w14:textId="2A44A936" w:rsidR="00061985" w:rsidRPr="00A5067C" w:rsidRDefault="0006198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F16E7" w14:textId="77777777" w:rsidR="00061985" w:rsidRPr="00A5067C" w:rsidRDefault="0006198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31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E89E9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застосовує знання про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одиниці, правила й норми в типових ситуаціях; визначає основну інформацію в тексті, установлює прості смислові зв’язки; формулює уточнювальні запитання; частково пояснює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явища</w:t>
            </w:r>
          </w:p>
        </w:tc>
        <w:tc>
          <w:tcPr>
            <w:tcW w:w="33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4DA25C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виконує частково-пошукові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завдання за зразком / алгоритмом; пояснює вибір написання, форми слова або розділового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знака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типових випадках; створює переважно зв’язне висловлення, частково аргументує думку; за алгоритмом редагує окремі недоліки</w:t>
            </w:r>
          </w:p>
        </w:tc>
        <w:tc>
          <w:tcPr>
            <w:tcW w:w="25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A80DC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працює під загальним керівництвом учителя; виконує визначені дії самостійно, за потреби звертається по допомогу; здійснює частковий самоконтроль</w:t>
            </w:r>
          </w:p>
        </w:tc>
        <w:tc>
          <w:tcPr>
            <w:tcW w:w="2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E3ECD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підтримує діалог, ставить уточнювальні запитання; висловлює й частково пояснює власну позицію; виявляє готовність до взаємодії, хоча не завжди діє активно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8C383B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виявляє предметні вміння епізодично</w:t>
            </w:r>
          </w:p>
        </w:tc>
      </w:tr>
      <w:tr w:rsidR="00061985" w:rsidRPr="00A5067C" w14:paraId="252745E7" w14:textId="77777777" w:rsidTr="00061985">
        <w:trPr>
          <w:jc w:val="center"/>
        </w:trPr>
        <w:tc>
          <w:tcPr>
            <w:tcW w:w="1455" w:type="dxa"/>
            <w:vMerge w:val="restart"/>
            <w:shd w:val="clear" w:color="auto" w:fill="E2F0D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781791" w14:textId="77777777" w:rsidR="00061985" w:rsidRDefault="00061985" w:rsidP="006F696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42C273F" w14:textId="77777777" w:rsidR="00061985" w:rsidRDefault="00061985" w:rsidP="006F696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2F1F93EE" w14:textId="77777777" w:rsidR="00061985" w:rsidRDefault="00061985" w:rsidP="006F696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2890FDF4" w14:textId="77777777" w:rsidR="00061985" w:rsidRDefault="00061985" w:rsidP="006F696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57D74BF" w14:textId="77777777" w:rsidR="00061985" w:rsidRDefault="00061985" w:rsidP="006F696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F3CFDFC" w14:textId="77777777" w:rsidR="00061985" w:rsidRDefault="00061985" w:rsidP="006F696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BF7A97F" w14:textId="77777777" w:rsidR="00061985" w:rsidRDefault="00061985" w:rsidP="006F696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5C4923A" w14:textId="77777777" w:rsidR="00061985" w:rsidRDefault="00061985" w:rsidP="006F696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666C452C" w14:textId="77777777" w:rsidR="00061985" w:rsidRDefault="00061985" w:rsidP="006F696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2C6DE25D" w14:textId="77777777" w:rsidR="00061985" w:rsidRDefault="00061985" w:rsidP="006F696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CA87061" w14:textId="77777777" w:rsidR="00061985" w:rsidRDefault="00061985" w:rsidP="006F696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B6EC86F" w14:textId="77777777" w:rsidR="00061985" w:rsidRDefault="00061985" w:rsidP="006F696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1A5C8FA" w14:textId="67A172A7" w:rsidR="00061985" w:rsidRPr="00A5067C" w:rsidRDefault="00061985" w:rsidP="006F6969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Достатній</w:t>
            </w:r>
          </w:p>
        </w:tc>
        <w:tc>
          <w:tcPr>
            <w:tcW w:w="5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C1570" w14:textId="77777777" w:rsidR="00061985" w:rsidRPr="00A5067C" w:rsidRDefault="0006198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7</w:t>
            </w:r>
          </w:p>
        </w:tc>
        <w:tc>
          <w:tcPr>
            <w:tcW w:w="31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6F0B7B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самостійно знаходить потрібну інформацію в запропонованих текстах / джерелах; визначає тему, основну думку, ключові слова; розпізнає, класифікує й порівнює вивчені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одиниці; перетворює інформацію за зразком</w:t>
            </w:r>
          </w:p>
        </w:tc>
        <w:tc>
          <w:tcPr>
            <w:tcW w:w="33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84474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виконує окремі дослідницькі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завдання за узгодженим алгоритмом; застосовує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норми в типових ситуаціях; виконує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розбори; створює достатньо змістовне, логічне висловлення; редагує текст за визначеними критеріями</w:t>
            </w:r>
          </w:p>
        </w:tc>
        <w:tc>
          <w:tcPr>
            <w:tcW w:w="25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06E50A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переважно самостійно виконує типові завдання, користуючись опосередкованою допомогою; добирає відомий алгоритм; контролює основні етапи власної роботи</w:t>
            </w:r>
          </w:p>
        </w:tc>
        <w:tc>
          <w:tcPr>
            <w:tcW w:w="2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D94BD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долучається до обговорення, висловлює власну позицію, ставить запитання; співпрацює під час парної / групової роботи, хоча ініціативу виявляє не завжди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FE3E9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виявляє предметні вміння постійно в типових ситуаціях</w:t>
            </w:r>
          </w:p>
        </w:tc>
      </w:tr>
      <w:tr w:rsidR="00061985" w:rsidRPr="00A5067C" w14:paraId="5274934E" w14:textId="77777777" w:rsidTr="00061985">
        <w:trPr>
          <w:jc w:val="center"/>
        </w:trPr>
        <w:tc>
          <w:tcPr>
            <w:tcW w:w="1455" w:type="dxa"/>
            <w:vMerge/>
            <w:shd w:val="clear" w:color="auto" w:fill="E2F0D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163BD" w14:textId="7AC10DBF" w:rsidR="00061985" w:rsidRPr="00A5067C" w:rsidRDefault="00061985" w:rsidP="006F6969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4C4C0A" w14:textId="77777777" w:rsidR="00061985" w:rsidRPr="00A5067C" w:rsidRDefault="0006198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31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DD135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зіставляє й порівнює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мовну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текстову інформацію за заданими ознаками; розрізняє основну й другорядну інформацію; установлює закономірності в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мовному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матеріалі; перетворює текстову інформацію в план, схему, таблицю та навпаки</w:t>
            </w:r>
          </w:p>
        </w:tc>
        <w:tc>
          <w:tcPr>
            <w:tcW w:w="33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1FB339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виконує типові дослідницькі завдання; порівнює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явища, обґрунтовує застосування норм; створює логічне, послідовне, структуроване висловлення відповідно до мети й ситуації; самостійно вдосконалює окремі компоненти тексту</w:t>
            </w:r>
          </w:p>
        </w:tc>
        <w:tc>
          <w:tcPr>
            <w:tcW w:w="25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B6ACC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самостійно організовує виконання типового завдання; за потреби користується довідковими джерелами або консультацією; визначає власні дії та здійснює самоперевірку</w:t>
            </w:r>
          </w:p>
        </w:tc>
        <w:tc>
          <w:tcPr>
            <w:tcW w:w="2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CECD3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долучається до комунікації, за потреби ініціює її; порівнює позиції учасників; аргументує власну думку; бере активну участь у спільному пошуку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мовного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або комунікативного рішення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0636E3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виявляє предметні вміння постійно в типових ситуаціях</w:t>
            </w:r>
          </w:p>
        </w:tc>
      </w:tr>
      <w:tr w:rsidR="00061985" w:rsidRPr="00A5067C" w14:paraId="72B45569" w14:textId="77777777" w:rsidTr="00061985">
        <w:trPr>
          <w:jc w:val="center"/>
        </w:trPr>
        <w:tc>
          <w:tcPr>
            <w:tcW w:w="1455" w:type="dxa"/>
            <w:vMerge/>
            <w:shd w:val="clear" w:color="auto" w:fill="E2F0D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4064E" w14:textId="45D8582E" w:rsidR="00061985" w:rsidRPr="00A5067C" w:rsidRDefault="0006198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B2B88D" w14:textId="77777777" w:rsidR="00061985" w:rsidRPr="00A5067C" w:rsidRDefault="0006198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31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EC760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аналізує інформацію з різних текстів / джерел; установлює причинно-наслідкові та смислові зв’язки; розрізняє факти, судження й аргументи; аналізує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одиниці в контексті, їхні функції та взаємозв’язки</w:t>
            </w:r>
          </w:p>
        </w:tc>
        <w:tc>
          <w:tcPr>
            <w:tcW w:w="33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1372A9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виконує типові дослідницькі та окремі частково-пошукові завдання; обирає з-поміж запропонованих спосіб розв’язання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мовної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проблеми; створює цілісне аргументоване висловлення; доречно використовує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засоби; самостійно редагує текст</w:t>
            </w:r>
          </w:p>
        </w:tc>
        <w:tc>
          <w:tcPr>
            <w:tcW w:w="25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28D7E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самостійно виконує типові й окремі ускладнені завдання; обирає відомий спосіб дії, контролює та коригує результат; допомоги потребує лише в окремих нетипових випадках</w:t>
            </w:r>
          </w:p>
        </w:tc>
        <w:tc>
          <w:tcPr>
            <w:tcW w:w="2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AFB48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активно долучається до комунікації та може її ініціювати; аналізує позиції інших, розвиває їхні ідеї; порівнює власні думки з думками інших і наводить аргументи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6D133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виявляє предметні вміння постійно в типових ситуаціях</w:t>
            </w:r>
          </w:p>
        </w:tc>
      </w:tr>
      <w:tr w:rsidR="00061985" w:rsidRPr="00A5067C" w14:paraId="1A8957EF" w14:textId="77777777" w:rsidTr="00061985">
        <w:trPr>
          <w:jc w:val="center"/>
        </w:trPr>
        <w:tc>
          <w:tcPr>
            <w:tcW w:w="1455" w:type="dxa"/>
            <w:vMerge w:val="restart"/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A56EF" w14:textId="77777777" w:rsidR="00061985" w:rsidRDefault="00061985" w:rsidP="007A3E9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6A441815" w14:textId="77777777" w:rsidR="00061985" w:rsidRDefault="00061985" w:rsidP="007A3E9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1E80F5C" w14:textId="77777777" w:rsidR="00061985" w:rsidRDefault="00061985" w:rsidP="007A3E9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F646A3C" w14:textId="77777777" w:rsidR="00061985" w:rsidRDefault="00061985" w:rsidP="007A3E9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08A37B1" w14:textId="77777777" w:rsidR="00061985" w:rsidRDefault="00061985" w:rsidP="007A3E9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24079FFD" w14:textId="77777777" w:rsidR="00061985" w:rsidRDefault="00061985" w:rsidP="007A3E9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EBD9E84" w14:textId="77777777" w:rsidR="00061985" w:rsidRDefault="00061985" w:rsidP="007A3E9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B3D8CB7" w14:textId="53917836" w:rsidR="00061985" w:rsidRPr="00A5067C" w:rsidRDefault="00061985" w:rsidP="007A3E9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Високий</w:t>
            </w:r>
          </w:p>
        </w:tc>
        <w:tc>
          <w:tcPr>
            <w:tcW w:w="5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4C0DCA" w14:textId="77777777" w:rsidR="00061985" w:rsidRPr="00A5067C" w:rsidRDefault="0006198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31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9D8E6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узагальнює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мовну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й текстову інформацію з різних джерел; формулює самостійні висновки; установлює системні зв’язки між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мовними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явищами; пояснює функціонування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мовних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одиниць у різних контекстах</w:t>
            </w:r>
          </w:p>
        </w:tc>
        <w:tc>
          <w:tcPr>
            <w:tcW w:w="33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C2B338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виконує дослідницькі та окремі творчі завдання; обирає з відомих доцільні способи розв’язання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мовних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комунікативних проблем, пропонує альтернативи; створює змістовні, логічні, аргументовані висловлення; свідомо добирає й редагує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засоби</w:t>
            </w:r>
          </w:p>
        </w:tc>
        <w:tc>
          <w:tcPr>
            <w:tcW w:w="25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21FA6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самостійно планує виконання більшості завдань; аналізує власні навчальні дії, коригує стратегію та результат; ефективно працює в типових і окремих нетипових ситуаціях</w:t>
            </w:r>
          </w:p>
        </w:tc>
        <w:tc>
          <w:tcPr>
            <w:tcW w:w="2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4CE8A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ініціює комунікацію,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конструктивно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реагує на думки інших; пропонує ідеї, обстоює їх аргументами; допомагає організувати спільну роботу над текстом або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мовною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проблемою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4568F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виявляє предметні вміння системно в типових і нетипових ситуаціях</w:t>
            </w:r>
          </w:p>
        </w:tc>
      </w:tr>
      <w:tr w:rsidR="00061985" w:rsidRPr="00A5067C" w14:paraId="628EFC31" w14:textId="77777777" w:rsidTr="00061985">
        <w:trPr>
          <w:jc w:val="center"/>
        </w:trPr>
        <w:tc>
          <w:tcPr>
            <w:tcW w:w="1455" w:type="dxa"/>
            <w:vMerge/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F3734" w14:textId="3A89D539" w:rsidR="00061985" w:rsidRPr="00A5067C" w:rsidRDefault="00061985" w:rsidP="007A3E9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F59563" w14:textId="77777777" w:rsidR="00061985" w:rsidRPr="00A5067C" w:rsidRDefault="0006198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</w:t>
            </w:r>
          </w:p>
        </w:tc>
        <w:tc>
          <w:tcPr>
            <w:tcW w:w="31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0EC74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оцінює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мовну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й текстову інформацію з різних джерел за наданими критеріями; аналізує достовірність, повноту, доречність і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мовне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оформлення; критично аналізує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явища та порівнює різні способи вираження думки</w:t>
            </w:r>
          </w:p>
        </w:tc>
        <w:tc>
          <w:tcPr>
            <w:tcW w:w="33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BF0C9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виконує дослідницькі й творчі завдання; пропонує різні способи розв’язання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мовних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проблем і реалізує їх; створює самостійні, переконливі, стилістично доречні висловлення; аргументовано редагує й удосконалює власні та запропоновані тексти</w:t>
            </w:r>
          </w:p>
        </w:tc>
        <w:tc>
          <w:tcPr>
            <w:tcW w:w="25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13646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самостійно планує, організовує й контролює навчальну діяльність; обґрунтовує власні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рішення; аналізує результат і вносить доцільні корективи</w:t>
            </w:r>
          </w:p>
        </w:tc>
        <w:tc>
          <w:tcPr>
            <w:tcW w:w="2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4BDA72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активно ініціює та підтримує комунікацію; оцінює власну позицію й позиції інших; розвиває думки співрозмовників,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конструктивно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аргументує та надає змістовний зворотний зв’язок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81809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виявляє предметні вміння системно в типових і нетипових ситуаціях</w:t>
            </w:r>
          </w:p>
        </w:tc>
      </w:tr>
      <w:tr w:rsidR="00061985" w:rsidRPr="00A5067C" w14:paraId="5716FAF5" w14:textId="77777777" w:rsidTr="00061985">
        <w:trPr>
          <w:jc w:val="center"/>
        </w:trPr>
        <w:tc>
          <w:tcPr>
            <w:tcW w:w="1455" w:type="dxa"/>
            <w:vMerge/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DC55C" w14:textId="1D2AF345" w:rsidR="00061985" w:rsidRPr="00A5067C" w:rsidRDefault="0006198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920ED" w14:textId="77777777" w:rsidR="00061985" w:rsidRPr="00A5067C" w:rsidRDefault="0006198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</w:t>
            </w:r>
          </w:p>
        </w:tc>
        <w:tc>
          <w:tcPr>
            <w:tcW w:w="31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B12160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самостійно оцінює й інтегрує </w:t>
            </w: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інформацію з різних джерел; виявляє суперечності, підтекст і способи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мовного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впливу; досліджує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явища в типових і нетипових контекстах, установлює закономірності, висуває й обґрунтовує припущення</w:t>
            </w:r>
          </w:p>
        </w:tc>
        <w:tc>
          <w:tcPr>
            <w:tcW w:w="33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A54B1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виконує дослідницькі та творчі </w:t>
            </w: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завдання високого рівня; пропонує різні способи розв’язання нестандартних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мовних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комунікативних ситуацій та аргументує вибір; створює оригінальні, цілісні, переконливі, стилістично й мовно доречні висловлення; здійснює глибоке редагування</w:t>
            </w:r>
          </w:p>
        </w:tc>
        <w:tc>
          <w:tcPr>
            <w:tcW w:w="25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FC4AB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усвідомлено й </w:t>
            </w: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самостійно діє в нестандартних ситуаціях; оцінює можливі способи виконання, прогнозує результат; обґрунтовує, аналізує й оцінює власні навчальні дії та планує подальше вдосконалення </w:t>
            </w:r>
            <w:proofErr w:type="spellStart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мовної</w:t>
            </w:r>
            <w:proofErr w:type="spellEnd"/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компетентності</w:t>
            </w:r>
          </w:p>
        </w:tc>
        <w:tc>
          <w:tcPr>
            <w:tcW w:w="2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8C110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ініціює, планує й </w:t>
            </w: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спрямовує продуктивну комунікацію; формує власну лінію аргументації, оцінює позиції інших; допомагає досягти спільного рішення та надає конструктивний зворотний зв’язок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738736" w14:textId="77777777" w:rsidR="00061985" w:rsidRPr="00A5067C" w:rsidRDefault="00061985" w:rsidP="00A5067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виявляє </w:t>
            </w:r>
            <w:r w:rsidRPr="00A50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предметні вміння системно в типових і нетипових ситуаціях</w:t>
            </w:r>
          </w:p>
        </w:tc>
      </w:tr>
    </w:tbl>
    <w:p w14:paraId="27A668C4" w14:textId="77777777" w:rsidR="002C0164" w:rsidRPr="00A5067C" w:rsidRDefault="002C0164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2C0164" w:rsidRPr="00A5067C" w:rsidSect="00034616">
      <w:pgSz w:w="15840" w:h="12240" w:orient="landscape"/>
      <w:pgMar w:top="680" w:right="624" w:bottom="680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1985"/>
    <w:rsid w:val="0015074B"/>
    <w:rsid w:val="0029639D"/>
    <w:rsid w:val="002C0164"/>
    <w:rsid w:val="00326F90"/>
    <w:rsid w:val="007255AA"/>
    <w:rsid w:val="00A5067C"/>
    <w:rsid w:val="00AA1D8D"/>
    <w:rsid w:val="00B47730"/>
    <w:rsid w:val="00CB0664"/>
    <w:rsid w:val="00F013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925F3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hAnsi="Arial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hAnsi="Arial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E6622D-10A6-433C-AA97-487E073CE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1531</Words>
  <Characters>8727</Characters>
  <Application>Microsoft Office Word</Application>
  <DocSecurity>0</DocSecurity>
  <Lines>72</Lines>
  <Paragraphs>20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10238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Катерина Анатоліївна</cp:lastModifiedBy>
  <cp:revision>2</cp:revision>
  <dcterms:created xsi:type="dcterms:W3CDTF">2026-08-14T09:32:00Z</dcterms:created>
  <dcterms:modified xsi:type="dcterms:W3CDTF">2026-08-14T09:32:00Z</dcterms:modified>
</cp:coreProperties>
</file>